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3 – סיפור קצר</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עולים: מילון חזותי (אימוג׳י), שורת "בקצרה" פשוטה לכל פסקה, בנק מילות קישור צבעוני ופתיחי משפט.</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הפתק בתוך הספר</w:t>
      </w:r>
    </w:p>
    <w:p>
      <w:pPr>
        <w:bidi w:val="1"/>
        <w:spacing w:after="80"/>
        <w:jc w:val="right"/>
      </w:pPr>
      <w:r>
        <w:rPr>
          <w:sz w:val="25"/>
          <w:rtl w:val="1"/>
          <w:rFonts w:ascii="Arial" w:hAnsi="Arial" w:cs="Arial"/>
          <w:szCs w:val="25"/>
        </w:rPr>
        <w:t>(1) בשבוע הראשון בבית הספר החדש ספרה דניאלה את הדקות. היא הבינה כמעט כל מילה בשיעור, אבל כשניסתה לענות, המילים בעברית נתקעו לה בגרון כמו גולות. אז היא שתקה, והסתכלה מהחלון על עץ הפיקוס הגדול שבחצר.</w:t>
      </w:r>
    </w:p>
    <w:p>
      <w:pPr>
        <w:bidi w:val="1"/>
        <w:spacing w:after="120"/>
        <w:jc w:val="right"/>
      </w:pPr>
      <w:r>
        <w:rPr>
          <w:color w:val="862E00"/>
          <w:sz w:val="22"/>
          <w:rtl w:val="1"/>
          <w:rFonts w:ascii="Arial" w:hAnsi="Arial" w:cs="Arial"/>
          <w:szCs w:val="22"/>
        </w:rPr>
        <w:t>💬 בקצרה: דניאלה חדשה בבית הספר. קשה לה לדבר בעברית. היא שותקת.</w:t>
      </w:r>
    </w:p>
    <w:p>
      <w:pPr>
        <w:bidi w:val="1"/>
        <w:spacing w:after="80"/>
        <w:jc w:val="right"/>
      </w:pPr>
      <w:r>
        <w:rPr>
          <w:sz w:val="25"/>
          <w:rtl w:val="1"/>
          <w:rFonts w:ascii="Arial" w:hAnsi="Arial" w:cs="Arial"/>
          <w:szCs w:val="25"/>
        </w:rPr>
        <w:t>(2) ביום רביעי, בספרייה, פתחה ספר על כוכבים ומצאה בתוכו פתק מקופל. בכתב יד עגול נכתב בו: "מי שמוצא את הפתק – כתבו איזה כוכב הכי אהבתם לראות בשמיים, והחזירו את הספר למדף." מתחת כבר היו שלוש תשובות, בשלושה כתבי יד שונים.</w:t>
      </w:r>
    </w:p>
    <w:p>
      <w:pPr>
        <w:bidi w:val="1"/>
        <w:spacing w:after="120"/>
        <w:jc w:val="right"/>
      </w:pPr>
      <w:r>
        <w:rPr>
          <w:color w:val="862E00"/>
          <w:sz w:val="22"/>
          <w:rtl w:val="1"/>
          <w:rFonts w:ascii="Arial" w:hAnsi="Arial" w:cs="Arial"/>
          <w:szCs w:val="22"/>
        </w:rPr>
        <w:t>💬 בקצרה: בספרייה היא מוצאת פתק בספר על כוכבים.</w:t>
      </w:r>
    </w:p>
    <w:p>
      <w:pPr>
        <w:bidi w:val="1"/>
        <w:spacing w:after="80"/>
        <w:jc w:val="right"/>
      </w:pPr>
      <w:r>
        <w:rPr>
          <w:sz w:val="25"/>
          <w:rtl w:val="1"/>
          <w:rFonts w:ascii="Arial" w:hAnsi="Arial" w:cs="Arial"/>
          <w:szCs w:val="25"/>
        </w:rPr>
        <w:t>(3) דניאלה חייכה בפעם הראשונה מאז שהגיעה. בעיר שבה גדלה, היא וסבא שלה היו עולים לגג וסופרים כוכבים. היא הוציאה עיפרון וכתבה לאט, אות אחרי אות: "כוכב הצפון. סבא אמר שהוא תמיד מראה את הדרך הביתה." היא בדקה כל מילה פעמיים, ואז החזירה את הספר.</w:t>
      </w:r>
    </w:p>
    <w:p>
      <w:pPr>
        <w:bidi w:val="1"/>
        <w:spacing w:after="120"/>
        <w:jc w:val="right"/>
      </w:pPr>
      <w:r>
        <w:rPr>
          <w:color w:val="862E00"/>
          <w:sz w:val="22"/>
          <w:rtl w:val="1"/>
          <w:rFonts w:ascii="Arial" w:hAnsi="Arial" w:cs="Arial"/>
          <w:szCs w:val="22"/>
        </w:rPr>
        <w:t>💬 בקצרה: היא נזכרת בסבא ובכוכבים. היא כותבת תשובה בפתק.</w:t>
      </w:r>
    </w:p>
    <w:p>
      <w:pPr>
        <w:bidi w:val="1"/>
        <w:spacing w:after="80"/>
        <w:jc w:val="right"/>
      </w:pPr>
      <w:r>
        <w:rPr>
          <w:sz w:val="25"/>
          <w:rtl w:val="1"/>
          <w:rFonts w:ascii="Arial" w:hAnsi="Arial" w:cs="Arial"/>
          <w:szCs w:val="25"/>
        </w:rPr>
        <w:t>(4) ביום ראשון חיכה לה פתק חדש באותו ספר: "גם אני אוהב את כוכב הצפון! אני בכיתה ח׳2. תבואי לחוג האסטרונומיה ביום שלישי? – יונתן". דניאלה קראה את הפתק שלוש פעמים. הידיים שלה היו קרות, אבל הלב שלה רץ.</w:t>
      </w:r>
    </w:p>
    <w:p>
      <w:pPr>
        <w:bidi w:val="1"/>
        <w:spacing w:after="120"/>
        <w:jc w:val="right"/>
      </w:pPr>
      <w:r>
        <w:rPr>
          <w:color w:val="862E00"/>
          <w:sz w:val="22"/>
          <w:rtl w:val="1"/>
          <w:rFonts w:ascii="Arial" w:hAnsi="Arial" w:cs="Arial"/>
          <w:szCs w:val="22"/>
        </w:rPr>
        <w:t>💬 בקצרה: יונתן עונה לה. הוא מזמין אותה לחוג.</w:t>
      </w:r>
    </w:p>
    <w:p>
      <w:pPr>
        <w:bidi w:val="1"/>
        <w:spacing w:after="80"/>
        <w:jc w:val="right"/>
      </w:pPr>
      <w:r>
        <w:rPr>
          <w:sz w:val="25"/>
          <w:rtl w:val="1"/>
          <w:rFonts w:ascii="Arial" w:hAnsi="Arial" w:cs="Arial"/>
          <w:szCs w:val="25"/>
        </w:rPr>
        <w:t>(5) ביום שלישי עמדה מול דלת החוג. מבפנים נשמעו צחוקים. היא נשמה עמוק, חשבה על הגג ועל סבא, ודפקה. "ברוכה הבאה," אמר יונתן, ופינה לה כיסא ליד הטלסקופ. באותו ערב, כשחזרה הביתה, דניאלה לא ספרה דקות. היא ספרה כוכבים.</w:t>
      </w:r>
    </w:p>
    <w:p>
      <w:pPr>
        <w:bidi w:val="1"/>
        <w:spacing w:after="120"/>
        <w:jc w:val="right"/>
      </w:pPr>
      <w:r>
        <w:rPr>
          <w:color w:val="862E00"/>
          <w:sz w:val="22"/>
          <w:rtl w:val="1"/>
          <w:rFonts w:ascii="Arial" w:hAnsi="Arial" w:cs="Arial"/>
          <w:szCs w:val="22"/>
        </w:rPr>
        <w:t>💬 בקצרה: דניאלה הולכת לחוג. היא שמחה.</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גולות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כדורים קטנים מזכוכית</w:t>
            </w:r>
          </w:p>
        </w:tc>
      </w:tr>
      <w:tr>
        <w:tc>
          <w:tcPr>
            <w:tcW w:type="dxa" w:w="3439"/>
          </w:tcPr>
          <w:p>
            <w:pPr>
              <w:bidi w:val="1"/>
              <w:spacing w:after="20"/>
              <w:jc w:val="right"/>
            </w:pPr>
            <w:r>
              <w:rPr>
                <w:sz w:val="22"/>
                <w:rtl w:val="1"/>
                <w:rFonts w:ascii="Arial" w:hAnsi="Arial" w:cs="Arial"/>
                <w:szCs w:val="22"/>
              </w:rPr>
              <w:t>מקופל</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נייר שסגרו אותו לחלקים</w:t>
            </w:r>
          </w:p>
        </w:tc>
      </w:tr>
      <w:tr>
        <w:tc>
          <w:tcPr>
            <w:tcW w:type="dxa" w:w="3439"/>
          </w:tcPr>
          <w:p>
            <w:pPr>
              <w:bidi w:val="1"/>
              <w:spacing w:after="20"/>
              <w:jc w:val="right"/>
            </w:pPr>
            <w:r>
              <w:rPr>
                <w:sz w:val="22"/>
                <w:rtl w:val="1"/>
                <w:rFonts w:ascii="Arial" w:hAnsi="Arial" w:cs="Arial"/>
                <w:szCs w:val="22"/>
              </w:rPr>
              <w:t>חוג</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קבוצה שנפגשת אחרי הלימודים</w:t>
            </w:r>
          </w:p>
        </w:tc>
      </w:tr>
      <w:tr>
        <w:tc>
          <w:tcPr>
            <w:tcW w:type="dxa" w:w="3439"/>
          </w:tcPr>
          <w:p>
            <w:pPr>
              <w:bidi w:val="1"/>
              <w:spacing w:after="20"/>
              <w:jc w:val="right"/>
            </w:pPr>
            <w:r>
              <w:rPr>
                <w:sz w:val="22"/>
                <w:rtl w:val="1"/>
                <w:rFonts w:ascii="Arial" w:hAnsi="Arial" w:cs="Arial"/>
                <w:szCs w:val="22"/>
              </w:rPr>
              <w:t>אסטרונומיה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מדע הכוכבים</w:t>
            </w:r>
          </w:p>
        </w:tc>
      </w:tr>
      <w:tr>
        <w:tc>
          <w:tcPr>
            <w:tcW w:type="dxa" w:w="3439"/>
          </w:tcPr>
          <w:p>
            <w:pPr>
              <w:bidi w:val="1"/>
              <w:spacing w:after="20"/>
              <w:jc w:val="right"/>
            </w:pPr>
            <w:r>
              <w:rPr>
                <w:sz w:val="22"/>
                <w:rtl w:val="1"/>
                <w:rFonts w:ascii="Arial" w:hAnsi="Arial" w:cs="Arial"/>
                <w:szCs w:val="22"/>
              </w:rPr>
              <w:t>טלסקופ</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מכשיר לראות כוכבים</w:t>
            </w:r>
          </w:p>
        </w:tc>
      </w:tr>
      <w:tr>
        <w:tc>
          <w:tcPr>
            <w:tcW w:type="dxa" w:w="3439"/>
          </w:tcPr>
          <w:p>
            <w:pPr>
              <w:bidi w:val="1"/>
              <w:spacing w:after="20"/>
              <w:jc w:val="right"/>
            </w:pPr>
            <w:r>
              <w:rPr>
                <w:sz w:val="22"/>
                <w:rtl w:val="1"/>
                <w:rFonts w:ascii="Arial" w:hAnsi="Arial" w:cs="Arial"/>
                <w:szCs w:val="22"/>
              </w:rPr>
              <w:t>פינה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הזיז ופתח מקום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"הפתק בתוך הספר". מה לדעתכם יהיה כתוב בפתק?   [🏷️ כותרת – מה היא מבטיחה?]</w:t>
      </w:r>
    </w:p>
    <w:p>
      <w:pPr>
        <w:bidi w:val="1"/>
        <w:spacing w:after="60"/>
        <w:jc w:val="right"/>
      </w:pPr>
      <w:r>
        <w:rPr>
          <w:b/>
          <w:color w:val="C92A2A"/>
          <w:sz w:val="22"/>
          <w:rtl w:val="1"/>
          <w:rFonts w:ascii="Arial" w:hAnsi="Arial" w:cs="Arial"/>
          <w:bCs/>
          <w:szCs w:val="22"/>
        </w:rPr>
        <w:t>✔ ניבוי אישי – למשל: הודעה סודית, שאלה, הזמנה.</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טקסט מידעי</w:t>
      </w:r>
    </w:p>
    <w:p>
      <w:pPr>
        <w:bidi w:val="1"/>
        <w:spacing w:after="20"/>
        <w:jc w:val="right"/>
      </w:pPr>
      <w:r>
        <w:rPr>
          <w:sz w:val="22"/>
          <w:rtl w:val="1"/>
          <w:rFonts w:ascii="Arial" w:hAnsi="Arial" w:cs="Arial"/>
          <w:szCs w:val="22"/>
        </w:rPr>
        <w:t xml:space="preserve">   ב. הוראות</w:t>
      </w:r>
    </w:p>
    <w:p>
      <w:pPr>
        <w:bidi w:val="1"/>
        <w:spacing w:after="20"/>
        <w:jc w:val="right"/>
      </w:pPr>
      <w:r>
        <w:rPr>
          <w:b/>
          <w:color w:val="C92A2A"/>
          <w:sz w:val="22"/>
          <w:rtl w:val="1"/>
          <w:rFonts w:ascii="Arial" w:hAnsi="Arial" w:cs="Arial"/>
          <w:bCs/>
          <w:szCs w:val="22"/>
        </w:rPr>
        <w:t xml:space="preserve">   ג. סיפור קצר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"המילים בעברית נתקעו לה בגרון כמו גולות". מה דניאלה מרגישה?   [🎬 רואים את זה בדמיון]</w:t>
      </w:r>
    </w:p>
    <w:p>
      <w:pPr>
        <w:bidi w:val="1"/>
        <w:spacing w:after="20"/>
        <w:jc w:val="right"/>
      </w:pPr>
      <w:r>
        <w:rPr>
          <w:b/>
          <w:color w:val="C92A2A"/>
          <w:sz w:val="22"/>
          <w:rtl w:val="1"/>
          <w:rFonts w:ascii="Arial" w:hAnsi="Arial" w:cs="Arial"/>
          <w:bCs/>
          <w:szCs w:val="22"/>
        </w:rPr>
        <w:t xml:space="preserve">   א. קשה לה לדבר, והיא נבוכה ולחוצה ✔</w:t>
      </w:r>
    </w:p>
    <w:p>
      <w:pPr>
        <w:bidi w:val="1"/>
        <w:spacing w:after="20"/>
        <w:jc w:val="right"/>
      </w:pPr>
      <w:r>
        <w:rPr>
          <w:sz w:val="22"/>
          <w:rtl w:val="1"/>
          <w:rFonts w:ascii="Arial" w:hAnsi="Arial" w:cs="Arial"/>
          <w:szCs w:val="22"/>
        </w:rPr>
        <w:t xml:space="preserve">   ב. היא חולה בגרון</w:t>
      </w:r>
    </w:p>
    <w:p>
      <w:pPr>
        <w:bidi w:val="1"/>
        <w:spacing w:after="20"/>
        <w:jc w:val="right"/>
      </w:pPr>
      <w:r>
        <w:rPr>
          <w:sz w:val="22"/>
          <w:rtl w:val="1"/>
          <w:rFonts w:ascii="Arial" w:hAnsi="Arial" w:cs="Arial"/>
          <w:szCs w:val="22"/>
        </w:rPr>
        <w:t xml:space="preserve">   ג. היא כועסת על המורה</w:t>
      </w:r>
    </w:p>
    <w:p>
      <w:pPr>
        <w:bidi w:val="1"/>
        <w:spacing w:after="40"/>
        <w:jc w:val="right"/>
      </w:pPr>
      <w:r>
        <w:rPr>
          <w:b/>
          <w:sz w:val="23"/>
          <w:rtl w:val="1"/>
          <w:rFonts w:ascii="Arial" w:hAnsi="Arial" w:cs="Arial"/>
          <w:bCs/>
          <w:szCs w:val="23"/>
        </w:rPr>
        <w:t>4. פסקה 3: למה דניאלה חייכה?   [💡 הרעיון המרכזי בפסקה]</w:t>
      </w:r>
    </w:p>
    <w:p>
      <w:pPr>
        <w:bidi w:val="1"/>
        <w:spacing w:after="20"/>
        <w:jc w:val="right"/>
      </w:pPr>
      <w:r>
        <w:rPr>
          <w:sz w:val="22"/>
          <w:rtl w:val="1"/>
          <w:rFonts w:ascii="Arial" w:hAnsi="Arial" w:cs="Arial"/>
          <w:szCs w:val="22"/>
        </w:rPr>
        <w:t xml:space="preserve">   א. קיבלה ציון טוב</w:t>
      </w:r>
    </w:p>
    <w:p>
      <w:pPr>
        <w:bidi w:val="1"/>
        <w:spacing w:after="20"/>
        <w:jc w:val="right"/>
      </w:pPr>
      <w:r>
        <w:rPr>
          <w:sz w:val="22"/>
          <w:rtl w:val="1"/>
          <w:rFonts w:ascii="Arial" w:hAnsi="Arial" w:cs="Arial"/>
          <w:szCs w:val="22"/>
        </w:rPr>
        <w:t xml:space="preserve">   ב. ראתה חברה מהעיר שלה</w:t>
      </w:r>
    </w:p>
    <w:p>
      <w:pPr>
        <w:bidi w:val="1"/>
        <w:spacing w:after="20"/>
        <w:jc w:val="right"/>
      </w:pPr>
      <w:r>
        <w:rPr>
          <w:b/>
          <w:color w:val="C92A2A"/>
          <w:sz w:val="22"/>
          <w:rtl w:val="1"/>
          <w:rFonts w:ascii="Arial" w:hAnsi="Arial" w:cs="Arial"/>
          <w:bCs/>
          <w:szCs w:val="22"/>
        </w:rPr>
        <w:t xml:space="preserve">   ג. הפתק הזכיר לה את סבא ואת הכוכבים ✔</w:t>
      </w:r>
    </w:p>
    <w:p>
      <w:pPr>
        <w:bidi w:val="1"/>
        <w:spacing w:after="40"/>
        <w:jc w:val="right"/>
      </w:pPr>
      <w:r>
        <w:rPr>
          <w:b/>
          <w:sz w:val="23"/>
          <w:rtl w:val="1"/>
          <w:rFonts w:ascii="Arial" w:hAnsi="Arial" w:cs="Arial"/>
          <w:bCs/>
          <w:szCs w:val="23"/>
        </w:rPr>
        <w:t>5. "פינה לה כיסא ליד הטלסקופ". מה פירוש "פינה" כאן?   [🧩 מילה לא מוכרת – מבינים מההקשר]</w:t>
      </w:r>
    </w:p>
    <w:p>
      <w:pPr>
        <w:bidi w:val="1"/>
        <w:spacing w:after="20"/>
        <w:jc w:val="right"/>
      </w:pPr>
      <w:r>
        <w:rPr>
          <w:sz w:val="22"/>
          <w:rtl w:val="1"/>
          <w:rFonts w:ascii="Arial" w:hAnsi="Arial" w:cs="Arial"/>
          <w:szCs w:val="22"/>
        </w:rPr>
        <w:t xml:space="preserve">   א. לקח את הכיסא לעצמו</w:t>
      </w:r>
    </w:p>
    <w:p>
      <w:pPr>
        <w:bidi w:val="1"/>
        <w:spacing w:after="20"/>
        <w:jc w:val="right"/>
      </w:pPr>
      <w:r>
        <w:rPr>
          <w:sz w:val="22"/>
          <w:rtl w:val="1"/>
          <w:rFonts w:ascii="Arial" w:hAnsi="Arial" w:cs="Arial"/>
          <w:szCs w:val="22"/>
        </w:rPr>
        <w:t xml:space="preserve">   ב. שבר את הכיסא</w:t>
      </w:r>
    </w:p>
    <w:p>
      <w:pPr>
        <w:bidi w:val="1"/>
        <w:spacing w:after="20"/>
        <w:jc w:val="right"/>
      </w:pPr>
      <w:r>
        <w:rPr>
          <w:b/>
          <w:color w:val="C92A2A"/>
          <w:sz w:val="22"/>
          <w:rtl w:val="1"/>
          <w:rFonts w:ascii="Arial" w:hAnsi="Arial" w:cs="Arial"/>
          <w:bCs/>
          <w:szCs w:val="22"/>
        </w:rPr>
        <w:t xml:space="preserve">   ג. הזיז ופתח מקום כדי שתשב ✔</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באיזה יום מתקיים חוג האסטרונומיה?   [🔍 שאלת איתור]</w:t>
      </w:r>
    </w:p>
    <w:p>
      <w:pPr>
        <w:bidi w:val="1"/>
        <w:spacing w:after="20"/>
        <w:jc w:val="right"/>
      </w:pPr>
      <w:r>
        <w:rPr>
          <w:sz w:val="22"/>
          <w:rtl w:val="1"/>
          <w:rFonts w:ascii="Arial" w:hAnsi="Arial" w:cs="Arial"/>
          <w:szCs w:val="22"/>
        </w:rPr>
        <w:t xml:space="preserve">   א. ביום רביעי</w:t>
      </w:r>
    </w:p>
    <w:p>
      <w:pPr>
        <w:bidi w:val="1"/>
        <w:spacing w:after="20"/>
        <w:jc w:val="right"/>
      </w:pPr>
      <w:r>
        <w:rPr>
          <w:b/>
          <w:color w:val="C92A2A"/>
          <w:sz w:val="22"/>
          <w:rtl w:val="1"/>
          <w:rFonts w:ascii="Arial" w:hAnsi="Arial" w:cs="Arial"/>
          <w:bCs/>
          <w:szCs w:val="22"/>
        </w:rPr>
        <w:t xml:space="preserve">   ב. ביום שלישי ✔</w:t>
      </w:r>
    </w:p>
    <w:p>
      <w:pPr>
        <w:bidi w:val="1"/>
        <w:spacing w:after="20"/>
        <w:jc w:val="right"/>
      </w:pPr>
      <w:r>
        <w:rPr>
          <w:sz w:val="22"/>
          <w:rtl w:val="1"/>
          <w:rFonts w:ascii="Arial" w:hAnsi="Arial" w:cs="Arial"/>
          <w:szCs w:val="22"/>
        </w:rPr>
        <w:t xml:space="preserve">   ג. ביום ראשון</w:t>
      </w:r>
    </w:p>
    <w:p>
      <w:pPr>
        <w:bidi w:val="1"/>
        <w:spacing w:after="40"/>
        <w:jc w:val="right"/>
      </w:pPr>
      <w:r>
        <w:rPr>
          <w:b/>
          <w:sz w:val="23"/>
          <w:rtl w:val="1"/>
          <w:rFonts w:ascii="Arial" w:hAnsi="Arial" w:cs="Arial"/>
          <w:bCs/>
          <w:szCs w:val="23"/>
        </w:rPr>
        <w:t>7. הסקה: מה מלמד המשפט "היא לא ספרה דקות. היא ספרה כוכבים"?   [🕵️ שאלת הסקה – בין השורות]</w:t>
      </w:r>
    </w:p>
    <w:p>
      <w:pPr>
        <w:bidi w:val="1"/>
        <w:spacing w:after="20"/>
        <w:jc w:val="right"/>
      </w:pPr>
      <w:r>
        <w:rPr>
          <w:sz w:val="22"/>
          <w:rtl w:val="1"/>
          <w:rFonts w:ascii="Arial" w:hAnsi="Arial" w:cs="Arial"/>
          <w:szCs w:val="22"/>
        </w:rPr>
        <w:t xml:space="preserve">   א. היא לא אוהבת שעונים</w:t>
      </w:r>
    </w:p>
    <w:p>
      <w:pPr>
        <w:bidi w:val="1"/>
        <w:spacing w:after="20"/>
        <w:jc w:val="right"/>
      </w:pPr>
      <w:r>
        <w:rPr>
          <w:b/>
          <w:color w:val="C92A2A"/>
          <w:sz w:val="22"/>
          <w:rtl w:val="1"/>
          <w:rFonts w:ascii="Arial" w:hAnsi="Arial" w:cs="Arial"/>
          <w:bCs/>
          <w:szCs w:val="22"/>
        </w:rPr>
        <w:t xml:space="preserve">   ב. היא כבר לא מחכה שהיום ייגמר – היא שמחה ומרגישה שייכת ✔</w:t>
      </w:r>
    </w:p>
    <w:p>
      <w:pPr>
        <w:bidi w:val="1"/>
        <w:spacing w:after="20"/>
        <w:jc w:val="right"/>
      </w:pPr>
      <w:r>
        <w:rPr>
          <w:sz w:val="22"/>
          <w:rtl w:val="1"/>
          <w:rFonts w:ascii="Arial" w:hAnsi="Arial" w:cs="Arial"/>
          <w:szCs w:val="22"/>
        </w:rPr>
        <w:t xml:space="preserve">   ג. היא למדה מתמטיקה</w:t>
      </w:r>
    </w:p>
    <w:p>
      <w:pPr>
        <w:bidi w:val="1"/>
        <w:spacing w:after="40"/>
        <w:jc w:val="right"/>
      </w:pPr>
      <w:r>
        <w:rPr>
          <w:b/>
          <w:sz w:val="23"/>
          <w:rtl w:val="1"/>
          <w:rFonts w:ascii="Arial" w:hAnsi="Arial" w:cs="Arial"/>
          <w:bCs/>
          <w:szCs w:val="23"/>
        </w:rPr>
        <w:t>8. השוואה: השוו בין דניאלה בפסקה 1 לבין דניאלה בפסקה 5.   [🔄 שאלת השוואה]</w:t>
      </w:r>
    </w:p>
    <w:p>
      <w:pPr>
        <w:bidi w:val="1"/>
        <w:spacing w:after="60"/>
        <w:jc w:val="right"/>
      </w:pPr>
      <w:r>
        <w:rPr>
          <w:b/>
          <w:color w:val="C92A2A"/>
          <w:sz w:val="22"/>
          <w:rtl w:val="1"/>
          <w:rFonts w:ascii="Arial" w:hAnsi="Arial" w:cs="Arial"/>
          <w:bCs/>
          <w:szCs w:val="22"/>
        </w:rPr>
        <w:t>✔ בפסקה 1 היא שותקת, בודדה וסופרת דקות; ואילו בפסקה 5 היא אוזרת אומץ, דופקת בדלת ומצטרפת לחוג – שמחה ומרגישה שייכת.</w:t>
      </w:r>
    </w:p>
    <w:p>
      <w:pPr>
        <w:bidi w:val="1"/>
        <w:spacing w:after="40"/>
        <w:jc w:val="right"/>
      </w:pPr>
      <w:r>
        <w:rPr>
          <w:b/>
          <w:sz w:val="23"/>
          <w:rtl w:val="1"/>
          <w:rFonts w:ascii="Arial" w:hAnsi="Arial" w:cs="Arial"/>
          <w:bCs/>
          <w:szCs w:val="23"/>
        </w:rPr>
        <w:t>9. איזו תכונה של דניאלה עזרה לה? כתבו טענה + נימוק + דוגמה.   [✍️ תשובה מלאה: טענה + נימוק + דוגמה]</w:t>
      </w:r>
    </w:p>
    <w:p>
      <w:pPr>
        <w:bidi w:val="1"/>
        <w:spacing w:after="60"/>
        <w:jc w:val="right"/>
      </w:pPr>
      <w:r>
        <w:rPr>
          <w:b/>
          <w:color w:val="C92A2A"/>
          <w:sz w:val="22"/>
          <w:rtl w:val="1"/>
          <w:rFonts w:ascii="Arial" w:hAnsi="Arial" w:cs="Arial"/>
          <w:bCs/>
          <w:szCs w:val="22"/>
        </w:rPr>
        <w:t>✔ למשל: אומץ (טענה), כי למרות הפחד היא הלכה לחוג (נימוק). למשל, "היא נשמה עמוק… ודפקה" (דוגמה, פסקה 5).</w:t>
      </w:r>
    </w:p>
    <w:p>
      <w:pPr>
        <w:bidi w:val="1"/>
        <w:spacing w:after="40"/>
        <w:jc w:val="right"/>
      </w:pPr>
      <w:r>
        <w:rPr>
          <w:b/>
          <w:sz w:val="23"/>
          <w:rtl w:val="1"/>
          <w:rFonts w:ascii="Arial" w:hAnsi="Arial" w:cs="Arial"/>
          <w:bCs/>
          <w:szCs w:val="23"/>
        </w:rPr>
        <w:t>10. סכמו את הסיפור ב־3 משפטים.   [📝 סיכום קצר]</w:t>
      </w:r>
    </w:p>
    <w:p>
      <w:pPr>
        <w:bidi w:val="1"/>
        <w:spacing w:after="60"/>
        <w:jc w:val="right"/>
      </w:pPr>
      <w:r>
        <w:rPr>
          <w:b/>
          <w:color w:val="C92A2A"/>
          <w:sz w:val="22"/>
          <w:rtl w:val="1"/>
          <w:rFonts w:ascii="Arial" w:hAnsi="Arial" w:cs="Arial"/>
          <w:bCs/>
          <w:szCs w:val="22"/>
        </w:rPr>
        <w:t>✔ דניאלה, תלמידה חדשה, מתקשה לדבר בעברית ומרגישה בודדה. בספרייה היא מוצאת פתק בספר על כוכבים, עונה עליו ומקבלת הזמנה לחוג אסטרונומיה. היא אוזרת אומץ, מצטרפת לחוג ומרגישה שייכת.</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את הפתק הבא שדניאלה משאירה בספר (4–6 משפטים): מה היא מספרת על הערב בחוג? השתמשו בדימוי אחד ("כמו…").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להבין את הרגשות של דניאלה?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משפט אחד שאהבתי בסיפור ולמה:</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3 – סיפור קצר</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הפתק בתוך הספר</w:t>
      </w:r>
    </w:p>
    <w:p>
      <w:pPr>
        <w:bidi w:val="1"/>
        <w:spacing w:after="80"/>
        <w:jc w:val="right"/>
      </w:pPr>
      <w:r>
        <w:rPr>
          <w:sz w:val="25"/>
          <w:rtl w:val="1"/>
          <w:rFonts w:ascii="Arial" w:hAnsi="Arial" w:cs="Arial"/>
          <w:szCs w:val="25"/>
        </w:rPr>
        <w:t>(1) בשבוע הראשון בבית הספר החדש ספרה דניאלה את הדקות. היא הבינה כמעט כל מילה בשיעור, אבל כשניסתה לענות, המילים בעברית נתקעו לה בגרון כמו גולות. אז היא שתקה, והסתכלה מהחלון על עץ הפיקוס הגדול שבחצר.</w:t>
      </w:r>
    </w:p>
    <w:p>
      <w:pPr>
        <w:bidi w:val="1"/>
        <w:spacing w:after="120"/>
        <w:jc w:val="right"/>
      </w:pPr>
      <w:r>
        <w:rPr>
          <w:color w:val="862E00"/>
          <w:sz w:val="22"/>
          <w:rtl w:val="1"/>
          <w:rFonts w:ascii="Arial" w:hAnsi="Arial" w:cs="Arial"/>
          <w:szCs w:val="22"/>
        </w:rPr>
        <w:t>💬 בקצרה: דניאלה חדשה בבית הספר. קשה לה לדבר בעברית. היא שותקת.</w:t>
      </w:r>
    </w:p>
    <w:p>
      <w:pPr>
        <w:bidi w:val="1"/>
        <w:spacing w:after="80"/>
        <w:jc w:val="right"/>
      </w:pPr>
      <w:r>
        <w:rPr>
          <w:sz w:val="25"/>
          <w:rtl w:val="1"/>
          <w:rFonts w:ascii="Arial" w:hAnsi="Arial" w:cs="Arial"/>
          <w:szCs w:val="25"/>
        </w:rPr>
        <w:t>(2) ביום רביעי, בספרייה, פתחה ספר על כוכבים ומצאה בתוכו פתק מקופל. בכתב יד עגול נכתב בו: "מי שמוצא את הפתק – כתבו איזה כוכב הכי אהבתם לראות בשמיים, והחזירו את הספר למדף." מתחת כבר היו שלוש תשובות, בשלושה כתבי יד שונים.</w:t>
      </w:r>
    </w:p>
    <w:p>
      <w:pPr>
        <w:bidi w:val="1"/>
        <w:spacing w:after="120"/>
        <w:jc w:val="right"/>
      </w:pPr>
      <w:r>
        <w:rPr>
          <w:color w:val="862E00"/>
          <w:sz w:val="22"/>
          <w:rtl w:val="1"/>
          <w:rFonts w:ascii="Arial" w:hAnsi="Arial" w:cs="Arial"/>
          <w:szCs w:val="22"/>
        </w:rPr>
        <w:t>💬 בקצרה: בספרייה היא מוצאת פתק בספר על כוכבים.</w:t>
      </w:r>
    </w:p>
    <w:p>
      <w:pPr>
        <w:bidi w:val="1"/>
        <w:spacing w:after="80"/>
        <w:jc w:val="right"/>
      </w:pPr>
      <w:r>
        <w:rPr>
          <w:sz w:val="25"/>
          <w:rtl w:val="1"/>
          <w:rFonts w:ascii="Arial" w:hAnsi="Arial" w:cs="Arial"/>
          <w:szCs w:val="25"/>
        </w:rPr>
        <w:t>(3) דניאלה חייכה בפעם הראשונה מאז שהגיעה. בעיר שבה גדלה, היא וסבא שלה היו עולים לגג וסופרים כוכבים. היא הוציאה עיפרון וכתבה לאט, אות אחרי אות: "כוכב הצפון. סבא אמר שהוא תמיד מראה את הדרך הביתה." היא בדקה כל מילה פעמיים, ואז החזירה את הספר.</w:t>
      </w:r>
    </w:p>
    <w:p>
      <w:pPr>
        <w:bidi w:val="1"/>
        <w:spacing w:after="120"/>
        <w:jc w:val="right"/>
      </w:pPr>
      <w:r>
        <w:rPr>
          <w:color w:val="862E00"/>
          <w:sz w:val="22"/>
          <w:rtl w:val="1"/>
          <w:rFonts w:ascii="Arial" w:hAnsi="Arial" w:cs="Arial"/>
          <w:szCs w:val="22"/>
        </w:rPr>
        <w:t>💬 בקצרה: היא נזכרת בסבא ובכוכבים. היא כותבת תשובה בפתק.</w:t>
      </w:r>
    </w:p>
    <w:p>
      <w:pPr>
        <w:bidi w:val="1"/>
        <w:spacing w:after="80"/>
        <w:jc w:val="right"/>
      </w:pPr>
      <w:r>
        <w:rPr>
          <w:sz w:val="25"/>
          <w:rtl w:val="1"/>
          <w:rFonts w:ascii="Arial" w:hAnsi="Arial" w:cs="Arial"/>
          <w:szCs w:val="25"/>
        </w:rPr>
        <w:t>(4) ביום ראשון חיכה לה פתק חדש באותו ספר: "גם אני אוהב את כוכב הצפון! אני בכיתה ח׳2. תבואי לחוג האסטרונומיה ביום שלישי? – יונתן". דניאלה קראה את הפתק שלוש פעמים. הידיים שלה היו קרות, אבל הלב שלה רץ.</w:t>
      </w:r>
    </w:p>
    <w:p>
      <w:pPr>
        <w:bidi w:val="1"/>
        <w:spacing w:after="120"/>
        <w:jc w:val="right"/>
      </w:pPr>
      <w:r>
        <w:rPr>
          <w:color w:val="862E00"/>
          <w:sz w:val="22"/>
          <w:rtl w:val="1"/>
          <w:rFonts w:ascii="Arial" w:hAnsi="Arial" w:cs="Arial"/>
          <w:szCs w:val="22"/>
        </w:rPr>
        <w:t>💬 בקצרה: יונתן עונה לה. הוא מזמין אותה לחוג.</w:t>
      </w:r>
    </w:p>
    <w:p>
      <w:pPr>
        <w:bidi w:val="1"/>
        <w:spacing w:after="80"/>
        <w:jc w:val="right"/>
      </w:pPr>
      <w:r>
        <w:rPr>
          <w:sz w:val="25"/>
          <w:rtl w:val="1"/>
          <w:rFonts w:ascii="Arial" w:hAnsi="Arial" w:cs="Arial"/>
          <w:szCs w:val="25"/>
        </w:rPr>
        <w:t>(5) ביום שלישי עמדה מול דלת החוג. מבפנים נשמעו צחוקים. היא נשמה עמוק, חשבה על הגג ועל סבא, ודפקה. "ברוכה הבאה," אמר יונתן, ופינה לה כיסא ליד הטלסקופ. באותו ערב, כשחזרה הביתה, דניאלה לא ספרה דקות. היא ספרה כוכבים.</w:t>
      </w:r>
    </w:p>
    <w:p>
      <w:pPr>
        <w:bidi w:val="1"/>
        <w:spacing w:after="120"/>
        <w:jc w:val="right"/>
      </w:pPr>
      <w:r>
        <w:rPr>
          <w:color w:val="862E00"/>
          <w:sz w:val="22"/>
          <w:rtl w:val="1"/>
          <w:rFonts w:ascii="Arial" w:hAnsi="Arial" w:cs="Arial"/>
          <w:szCs w:val="22"/>
        </w:rPr>
        <w:t>💬 בקצרה: דניאלה הולכת לחוג. היא שמחה.</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גולות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כדורים קטנים מזכוכית</w:t>
            </w:r>
          </w:p>
        </w:tc>
      </w:tr>
      <w:tr>
        <w:tc>
          <w:tcPr>
            <w:tcW w:type="dxa" w:w="3439"/>
          </w:tcPr>
          <w:p>
            <w:pPr>
              <w:bidi w:val="1"/>
              <w:spacing w:after="20"/>
              <w:jc w:val="right"/>
            </w:pPr>
            <w:r>
              <w:rPr>
                <w:sz w:val="22"/>
                <w:rtl w:val="1"/>
                <w:rFonts w:ascii="Arial" w:hAnsi="Arial" w:cs="Arial"/>
                <w:szCs w:val="22"/>
              </w:rPr>
              <w:t>מקופל</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נייר שסגרו אותו לחלקים</w:t>
            </w:r>
          </w:p>
        </w:tc>
      </w:tr>
      <w:tr>
        <w:tc>
          <w:tcPr>
            <w:tcW w:type="dxa" w:w="3439"/>
          </w:tcPr>
          <w:p>
            <w:pPr>
              <w:bidi w:val="1"/>
              <w:spacing w:after="20"/>
              <w:jc w:val="right"/>
            </w:pPr>
            <w:r>
              <w:rPr>
                <w:sz w:val="22"/>
                <w:rtl w:val="1"/>
                <w:rFonts w:ascii="Arial" w:hAnsi="Arial" w:cs="Arial"/>
                <w:szCs w:val="22"/>
              </w:rPr>
              <w:t>חוג</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קבוצה שנפגשת אחרי הלימודים</w:t>
            </w:r>
          </w:p>
        </w:tc>
      </w:tr>
      <w:tr>
        <w:tc>
          <w:tcPr>
            <w:tcW w:type="dxa" w:w="3439"/>
          </w:tcPr>
          <w:p>
            <w:pPr>
              <w:bidi w:val="1"/>
              <w:spacing w:after="20"/>
              <w:jc w:val="right"/>
            </w:pPr>
            <w:r>
              <w:rPr>
                <w:sz w:val="22"/>
                <w:rtl w:val="1"/>
                <w:rFonts w:ascii="Arial" w:hAnsi="Arial" w:cs="Arial"/>
                <w:szCs w:val="22"/>
              </w:rPr>
              <w:t>אסטרונומיה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מדע הכוכבים</w:t>
            </w:r>
          </w:p>
        </w:tc>
      </w:tr>
      <w:tr>
        <w:tc>
          <w:tcPr>
            <w:tcW w:type="dxa" w:w="3439"/>
          </w:tcPr>
          <w:p>
            <w:pPr>
              <w:bidi w:val="1"/>
              <w:spacing w:after="20"/>
              <w:jc w:val="right"/>
            </w:pPr>
            <w:r>
              <w:rPr>
                <w:sz w:val="22"/>
                <w:rtl w:val="1"/>
                <w:rFonts w:ascii="Arial" w:hAnsi="Arial" w:cs="Arial"/>
                <w:szCs w:val="22"/>
              </w:rPr>
              <w:t>טלסקופ</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מכשיר לראות כוכבים</w:t>
            </w:r>
          </w:p>
        </w:tc>
      </w:tr>
      <w:tr>
        <w:tc>
          <w:tcPr>
            <w:tcW w:type="dxa" w:w="3439"/>
          </w:tcPr>
          <w:p>
            <w:pPr>
              <w:bidi w:val="1"/>
              <w:spacing w:after="20"/>
              <w:jc w:val="right"/>
            </w:pPr>
            <w:r>
              <w:rPr>
                <w:sz w:val="22"/>
                <w:rtl w:val="1"/>
                <w:rFonts w:ascii="Arial" w:hAnsi="Arial" w:cs="Arial"/>
                <w:szCs w:val="22"/>
              </w:rPr>
              <w:t>פינה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הזיז ופתח מקום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"הפתק בתוך הספר". מה לדעתכם יהיה כתוב בפתק?   [🏷️ כותרת – מה היא מבטיחה?]</w:t>
      </w:r>
    </w:p>
    <w:p>
      <w:pPr>
        <w:bidi w:val="1"/>
        <w:spacing w:after="20"/>
        <w:jc w:val="right"/>
      </w:pPr>
      <w:r>
        <w:rPr>
          <w:b/>
          <w:color w:val="2B8A3E"/>
          <w:sz w:val="22"/>
          <w:rtl w:val="1"/>
          <w:rFonts w:ascii="Arial" w:hAnsi="Arial" w:cs="Arial"/>
          <w:bCs/>
          <w:szCs w:val="22"/>
        </w:rPr>
        <w:t>✏️ לדעתי בפתק יהיה כתוב…</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טקסט מידעי</w:t>
      </w:r>
    </w:p>
    <w:p>
      <w:pPr>
        <w:bidi w:val="1"/>
        <w:spacing w:after="20"/>
        <w:jc w:val="right"/>
      </w:pPr>
      <w:r>
        <w:rPr>
          <w:sz w:val="22"/>
          <w:rtl w:val="1"/>
          <w:rFonts w:ascii="Arial" w:hAnsi="Arial" w:cs="Arial"/>
          <w:szCs w:val="22"/>
        </w:rPr>
        <w:t xml:space="preserve">   ב. הוראות</w:t>
      </w:r>
    </w:p>
    <w:p>
      <w:pPr>
        <w:bidi w:val="1"/>
        <w:spacing w:after="20"/>
        <w:jc w:val="right"/>
      </w:pPr>
      <w:r>
        <w:rPr>
          <w:sz w:val="22"/>
          <w:rtl w:val="1"/>
          <w:rFonts w:ascii="Arial" w:hAnsi="Arial" w:cs="Arial"/>
          <w:szCs w:val="22"/>
        </w:rPr>
        <w:t xml:space="preserve">   ג. סיפור קצר</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"המילים בעברית נתקעו לה בגרון כמו גולות". מה דניאלה מרגישה?   [🎬 רואים את זה בדמיון]</w:t>
      </w:r>
    </w:p>
    <w:p>
      <w:pPr>
        <w:bidi w:val="1"/>
        <w:spacing w:after="20"/>
        <w:jc w:val="right"/>
      </w:pPr>
      <w:r>
        <w:rPr>
          <w:sz w:val="22"/>
          <w:rtl w:val="1"/>
          <w:rFonts w:ascii="Arial" w:hAnsi="Arial" w:cs="Arial"/>
          <w:szCs w:val="22"/>
        </w:rPr>
        <w:t xml:space="preserve">   א. קשה לה לדבר, והיא נבוכה ולחוצה</w:t>
      </w:r>
    </w:p>
    <w:p>
      <w:pPr>
        <w:bidi w:val="1"/>
        <w:spacing w:after="20"/>
        <w:jc w:val="right"/>
      </w:pPr>
      <w:r>
        <w:rPr>
          <w:sz w:val="22"/>
          <w:rtl w:val="1"/>
          <w:rFonts w:ascii="Arial" w:hAnsi="Arial" w:cs="Arial"/>
          <w:szCs w:val="22"/>
        </w:rPr>
        <w:t xml:space="preserve">   ב. היא חולה בגרון</w:t>
      </w:r>
    </w:p>
    <w:p>
      <w:pPr>
        <w:bidi w:val="1"/>
        <w:spacing w:after="20"/>
        <w:jc w:val="right"/>
      </w:pPr>
      <w:r>
        <w:rPr>
          <w:sz w:val="22"/>
          <w:rtl w:val="1"/>
          <w:rFonts w:ascii="Arial" w:hAnsi="Arial" w:cs="Arial"/>
          <w:szCs w:val="22"/>
        </w:rPr>
        <w:t xml:space="preserve">   ג. היא כועסת על המורה</w:t>
      </w:r>
    </w:p>
    <w:p>
      <w:pPr>
        <w:bidi w:val="1"/>
        <w:spacing w:after="40"/>
        <w:jc w:val="right"/>
      </w:pPr>
      <w:r>
        <w:rPr>
          <w:b/>
          <w:sz w:val="23"/>
          <w:rtl w:val="1"/>
          <w:rFonts w:ascii="Arial" w:hAnsi="Arial" w:cs="Arial"/>
          <w:bCs/>
          <w:szCs w:val="23"/>
        </w:rPr>
        <w:t>4. פסקה 3: למה דניאלה חייכה?   [💡 הרעיון המרכזי בפסקה]</w:t>
      </w:r>
    </w:p>
    <w:p>
      <w:pPr>
        <w:bidi w:val="1"/>
        <w:spacing w:after="20"/>
        <w:jc w:val="right"/>
      </w:pPr>
      <w:r>
        <w:rPr>
          <w:sz w:val="22"/>
          <w:rtl w:val="1"/>
          <w:rFonts w:ascii="Arial" w:hAnsi="Arial" w:cs="Arial"/>
          <w:szCs w:val="22"/>
        </w:rPr>
        <w:t xml:space="preserve">   א. קיבלה ציון טוב</w:t>
      </w:r>
    </w:p>
    <w:p>
      <w:pPr>
        <w:bidi w:val="1"/>
        <w:spacing w:after="20"/>
        <w:jc w:val="right"/>
      </w:pPr>
      <w:r>
        <w:rPr>
          <w:sz w:val="22"/>
          <w:rtl w:val="1"/>
          <w:rFonts w:ascii="Arial" w:hAnsi="Arial" w:cs="Arial"/>
          <w:szCs w:val="22"/>
        </w:rPr>
        <w:t xml:space="preserve">   ב. ראתה חברה מהעיר שלה</w:t>
      </w:r>
    </w:p>
    <w:p>
      <w:pPr>
        <w:bidi w:val="1"/>
        <w:spacing w:after="20"/>
        <w:jc w:val="right"/>
      </w:pPr>
      <w:r>
        <w:rPr>
          <w:sz w:val="22"/>
          <w:rtl w:val="1"/>
          <w:rFonts w:ascii="Arial" w:hAnsi="Arial" w:cs="Arial"/>
          <w:szCs w:val="22"/>
        </w:rPr>
        <w:t xml:space="preserve">   ג. הפתק הזכיר לה את סבא ואת הכוכבים</w:t>
      </w:r>
    </w:p>
    <w:p>
      <w:pPr>
        <w:bidi w:val="1"/>
        <w:spacing w:after="40"/>
        <w:jc w:val="right"/>
      </w:pPr>
      <w:r>
        <w:rPr>
          <w:b/>
          <w:sz w:val="23"/>
          <w:rtl w:val="1"/>
          <w:rFonts w:ascii="Arial" w:hAnsi="Arial" w:cs="Arial"/>
          <w:bCs/>
          <w:szCs w:val="23"/>
        </w:rPr>
        <w:t>5. "פינה לה כיסא ליד הטלסקופ". מה פירוש "פינה" כאן?   [🧩 מילה לא מוכרת – מבינים מההקשר]</w:t>
      </w:r>
    </w:p>
    <w:p>
      <w:pPr>
        <w:bidi w:val="1"/>
        <w:spacing w:after="20"/>
        <w:jc w:val="right"/>
      </w:pPr>
      <w:r>
        <w:rPr>
          <w:sz w:val="22"/>
          <w:rtl w:val="1"/>
          <w:rFonts w:ascii="Arial" w:hAnsi="Arial" w:cs="Arial"/>
          <w:szCs w:val="22"/>
        </w:rPr>
        <w:t xml:space="preserve">   א. לקח את הכיסא לעצמו</w:t>
      </w:r>
    </w:p>
    <w:p>
      <w:pPr>
        <w:bidi w:val="1"/>
        <w:spacing w:after="20"/>
        <w:jc w:val="right"/>
      </w:pPr>
      <w:r>
        <w:rPr>
          <w:sz w:val="22"/>
          <w:rtl w:val="1"/>
          <w:rFonts w:ascii="Arial" w:hAnsi="Arial" w:cs="Arial"/>
          <w:szCs w:val="22"/>
        </w:rPr>
        <w:t xml:space="preserve">   ב. שבר את הכיסא</w:t>
      </w:r>
    </w:p>
    <w:p>
      <w:pPr>
        <w:bidi w:val="1"/>
        <w:spacing w:after="20"/>
        <w:jc w:val="right"/>
      </w:pPr>
      <w:r>
        <w:rPr>
          <w:sz w:val="22"/>
          <w:rtl w:val="1"/>
          <w:rFonts w:ascii="Arial" w:hAnsi="Arial" w:cs="Arial"/>
          <w:szCs w:val="22"/>
        </w:rPr>
        <w:t xml:space="preserve">   ג. הזיז ופתח מקום כדי שתשב</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באיזה יום מתקיים חוג האסטרונומיה?   [🔍 שאלת איתור]</w:t>
      </w:r>
    </w:p>
    <w:p>
      <w:pPr>
        <w:bidi w:val="1"/>
        <w:spacing w:after="20"/>
        <w:jc w:val="right"/>
      </w:pPr>
      <w:r>
        <w:rPr>
          <w:sz w:val="22"/>
          <w:rtl w:val="1"/>
          <w:rFonts w:ascii="Arial" w:hAnsi="Arial" w:cs="Arial"/>
          <w:szCs w:val="22"/>
        </w:rPr>
        <w:t xml:space="preserve">   א. ביום רביעי</w:t>
      </w:r>
    </w:p>
    <w:p>
      <w:pPr>
        <w:bidi w:val="1"/>
        <w:spacing w:after="20"/>
        <w:jc w:val="right"/>
      </w:pPr>
      <w:r>
        <w:rPr>
          <w:sz w:val="22"/>
          <w:rtl w:val="1"/>
          <w:rFonts w:ascii="Arial" w:hAnsi="Arial" w:cs="Arial"/>
          <w:szCs w:val="22"/>
        </w:rPr>
        <w:t xml:space="preserve">   ב. ביום שלישי</w:t>
      </w:r>
    </w:p>
    <w:p>
      <w:pPr>
        <w:bidi w:val="1"/>
        <w:spacing w:after="20"/>
        <w:jc w:val="right"/>
      </w:pPr>
      <w:r>
        <w:rPr>
          <w:sz w:val="22"/>
          <w:rtl w:val="1"/>
          <w:rFonts w:ascii="Arial" w:hAnsi="Arial" w:cs="Arial"/>
          <w:szCs w:val="22"/>
        </w:rPr>
        <w:t xml:space="preserve">   ג. ביום ראשון</w:t>
      </w:r>
    </w:p>
    <w:p>
      <w:pPr>
        <w:bidi w:val="1"/>
        <w:spacing w:after="40"/>
        <w:jc w:val="right"/>
      </w:pPr>
      <w:r>
        <w:rPr>
          <w:b/>
          <w:sz w:val="23"/>
          <w:rtl w:val="1"/>
          <w:rFonts w:ascii="Arial" w:hAnsi="Arial" w:cs="Arial"/>
          <w:bCs/>
          <w:szCs w:val="23"/>
        </w:rPr>
        <w:t>7. הסקה: מה מלמד המשפט "היא לא ספרה דקות. היא ספרה כוכבים"?   [🕵️ שאלת הסקה – בין השורות]</w:t>
      </w:r>
    </w:p>
    <w:p>
      <w:pPr>
        <w:bidi w:val="1"/>
        <w:spacing w:after="20"/>
        <w:jc w:val="right"/>
      </w:pPr>
      <w:r>
        <w:rPr>
          <w:sz w:val="22"/>
          <w:rtl w:val="1"/>
          <w:rFonts w:ascii="Arial" w:hAnsi="Arial" w:cs="Arial"/>
          <w:szCs w:val="22"/>
        </w:rPr>
        <w:t xml:space="preserve">   א. היא לא אוהבת שעונים</w:t>
      </w:r>
    </w:p>
    <w:p>
      <w:pPr>
        <w:bidi w:val="1"/>
        <w:spacing w:after="20"/>
        <w:jc w:val="right"/>
      </w:pPr>
      <w:r>
        <w:rPr>
          <w:sz w:val="22"/>
          <w:rtl w:val="1"/>
          <w:rFonts w:ascii="Arial" w:hAnsi="Arial" w:cs="Arial"/>
          <w:szCs w:val="22"/>
        </w:rPr>
        <w:t xml:space="preserve">   ב. היא כבר לא מחכה שהיום ייגמר – היא שמחה ומרגישה שייכת</w:t>
      </w:r>
    </w:p>
    <w:p>
      <w:pPr>
        <w:bidi w:val="1"/>
        <w:spacing w:after="20"/>
        <w:jc w:val="right"/>
      </w:pPr>
      <w:r>
        <w:rPr>
          <w:sz w:val="22"/>
          <w:rtl w:val="1"/>
          <w:rFonts w:ascii="Arial" w:hAnsi="Arial" w:cs="Arial"/>
          <w:szCs w:val="22"/>
        </w:rPr>
        <w:t xml:space="preserve">   ג. היא למדה מתמטיקה</w:t>
      </w:r>
    </w:p>
    <w:p>
      <w:pPr>
        <w:bidi w:val="1"/>
        <w:spacing w:after="40"/>
        <w:jc w:val="right"/>
      </w:pPr>
      <w:r>
        <w:rPr>
          <w:b/>
          <w:sz w:val="23"/>
          <w:rtl w:val="1"/>
          <w:rFonts w:ascii="Arial" w:hAnsi="Arial" w:cs="Arial"/>
          <w:bCs/>
          <w:szCs w:val="23"/>
        </w:rPr>
        <w:t>8. השוואה: השוו בין דניאלה בפסקה 1 לבין דניאלה בפסקה 5.   [🔄 שאלת השוואה]</w:t>
      </w:r>
    </w:p>
    <w:p>
      <w:pPr>
        <w:bidi w:val="1"/>
        <w:spacing w:after="20"/>
        <w:jc w:val="right"/>
      </w:pPr>
      <w:r>
        <w:rPr>
          <w:b/>
          <w:color w:val="2B8A3E"/>
          <w:sz w:val="22"/>
          <w:rtl w:val="1"/>
          <w:rFonts w:ascii="Arial" w:hAnsi="Arial" w:cs="Arial"/>
          <w:bCs/>
          <w:szCs w:val="22"/>
        </w:rPr>
        <w:t>✏️ קנה המידה: … . ב… ואילו ב…</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9. איזו תכונה של דניאלה עזרה לה? כתבו טענה + נימוק + דוגמה.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10. סכמו את הסיפור ב־3 משפטים.   [📝 סיכום קצר]</w:t>
      </w:r>
    </w:p>
    <w:p>
      <w:pPr>
        <w:bidi w:val="1"/>
        <w:spacing w:after="20"/>
        <w:jc w:val="right"/>
      </w:pPr>
      <w:r>
        <w:rPr>
          <w:b/>
          <w:color w:val="2B8A3E"/>
          <w:sz w:val="22"/>
          <w:rtl w:val="1"/>
          <w:rFonts w:ascii="Arial" w:hAnsi="Arial" w:cs="Arial"/>
          <w:bCs/>
          <w:szCs w:val="22"/>
        </w:rPr>
        <w:t>✏️ הטקסט מספר על… העיקר הוא… בסוף…</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את הפתק הבא שדניאלה משאירה בספר (4–6 משפטים): מה היא מספרת על הערב בחוג? השתמשו בדימוי אחד ("כמו…").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להבין את הרגשות של דניאלה?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משפט אחד שאהבתי בסיפור ולמה:</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3 – סיפור קצר · חט״ב עולים חדשים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