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מסע מודרך 2 – טור דעה</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עולים: מילון חזותי (אימוג׳י), שורת "בקצרה" פשוטה לכל פסקה, בנק מילות קישור צבעוני ופתיחי משפט.</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יום בשבוע בלי מסכים – הגיע הזמן</w:t>
      </w:r>
    </w:p>
    <w:p>
      <w:pPr>
        <w:bidi w:val="1"/>
        <w:spacing w:after="80"/>
        <w:jc w:val="right"/>
      </w:pPr>
      <w:r>
        <w:rPr>
          <w:sz w:val="25"/>
          <w:rtl w:val="1"/>
          <w:rFonts w:ascii="Arial" w:hAnsi="Arial" w:cs="Arial"/>
          <w:szCs w:val="25"/>
        </w:rPr>
        <w:t>(1) כל בוקר אנחנו רואים במסדרון אותה תמונה: עשרות תלמידים מתכופפים מעל הטלפון, וכמעט אף אחד לא מסתכל על מי שעומד לידו. אנחנו לא נגד טכנולוגיה – אנחנו משתמשים בה כל יום, גם בשיעורים. ובכל זאת, יש לנו הצעה פשוטה: יום אחד בשבוע שבו בית הספר מתנהל בלי מסכים אישיים.</w:t>
      </w:r>
    </w:p>
    <w:p>
      <w:pPr>
        <w:bidi w:val="1"/>
        <w:spacing w:after="120"/>
        <w:jc w:val="right"/>
      </w:pPr>
      <w:r>
        <w:rPr>
          <w:color w:val="862E00"/>
          <w:sz w:val="22"/>
          <w:rtl w:val="1"/>
          <w:rFonts w:ascii="Arial" w:hAnsi="Arial" w:cs="Arial"/>
          <w:szCs w:val="22"/>
        </w:rPr>
        <w:t>💬 בקצרה: תלמידים מסתכלים כל הזמן בטלפון. ההצעה: יום אחד בשבוע בלי מסכים.</w:t>
      </w:r>
    </w:p>
    <w:p>
      <w:pPr>
        <w:bidi w:val="1"/>
        <w:spacing w:after="80"/>
        <w:jc w:val="right"/>
      </w:pPr>
      <w:r>
        <w:rPr>
          <w:sz w:val="25"/>
          <w:rtl w:val="1"/>
          <w:rFonts w:ascii="Arial" w:hAnsi="Arial" w:cs="Arial"/>
          <w:szCs w:val="25"/>
        </w:rPr>
        <w:t>(2) הנימוק הראשון הוא הקשב. כשהטלפון מונח על השולחן, קשה להתרכז גם כשהוא שותק – העין נמשכת אליו שוב ושוב. ביום בלי מסכים יהיה לנו קל יותר להקשיב בשיעור ולסיים משימה עד הסוף.</w:t>
      </w:r>
    </w:p>
    <w:p>
      <w:pPr>
        <w:bidi w:val="1"/>
        <w:spacing w:after="120"/>
        <w:jc w:val="right"/>
      </w:pPr>
      <w:r>
        <w:rPr>
          <w:color w:val="862E00"/>
          <w:sz w:val="22"/>
          <w:rtl w:val="1"/>
          <w:rFonts w:ascii="Arial" w:hAnsi="Arial" w:cs="Arial"/>
          <w:szCs w:val="22"/>
        </w:rPr>
        <w:t>💬 בקצרה: סיבה 1: קשב. בלי טלפון קל יותר להקשיב.</w:t>
      </w:r>
    </w:p>
    <w:p>
      <w:pPr>
        <w:bidi w:val="1"/>
        <w:spacing w:after="80"/>
        <w:jc w:val="right"/>
      </w:pPr>
      <w:r>
        <w:rPr>
          <w:sz w:val="25"/>
          <w:rtl w:val="1"/>
          <w:rFonts w:ascii="Arial" w:hAnsi="Arial" w:cs="Arial"/>
          <w:szCs w:val="25"/>
        </w:rPr>
        <w:t>(3) הנימוק השני חשוב לנו אפילו יותר: הקשרים בינינו. בהפסקה בלי מסך מדברים, משחקים ומכירים תלמידים מכיתות אחרות. ניסינו זאת בטיול השנתי, ופתאום גילינו שיש לנו הרבה יותר מה להגיד זה לזה.</w:t>
      </w:r>
    </w:p>
    <w:p>
      <w:pPr>
        <w:bidi w:val="1"/>
        <w:spacing w:after="120"/>
        <w:jc w:val="right"/>
      </w:pPr>
      <w:r>
        <w:rPr>
          <w:color w:val="862E00"/>
          <w:sz w:val="22"/>
          <w:rtl w:val="1"/>
          <w:rFonts w:ascii="Arial" w:hAnsi="Arial" w:cs="Arial"/>
          <w:szCs w:val="22"/>
        </w:rPr>
        <w:t>💬 בקצרה: סיבה 2: חברים. בלי מסך מדברים ומשחקים יותר.</w:t>
      </w:r>
    </w:p>
    <w:p>
      <w:pPr>
        <w:bidi w:val="1"/>
        <w:spacing w:after="80"/>
        <w:jc w:val="right"/>
      </w:pPr>
      <w:r>
        <w:rPr>
          <w:sz w:val="25"/>
          <w:rtl w:val="1"/>
          <w:rFonts w:ascii="Arial" w:hAnsi="Arial" w:cs="Arial"/>
          <w:szCs w:val="25"/>
        </w:rPr>
        <w:t>(4) יש מי שיטענו שהטלפון נחוץ לביטחון, למשל כדי ליצור קשר עם ההורים. זו טענה צודקת, ולכן ההצעה שלנו אינה לאסור טלפונים אלא להשאיר אותם בתיק. במקרה חירום אפשר להשתמש בהם, וגם במזכירות יש טלפון זמין.</w:t>
      </w:r>
    </w:p>
    <w:p>
      <w:pPr>
        <w:bidi w:val="1"/>
        <w:spacing w:after="120"/>
        <w:jc w:val="right"/>
      </w:pPr>
      <w:r>
        <w:rPr>
          <w:color w:val="862E00"/>
          <w:sz w:val="22"/>
          <w:rtl w:val="1"/>
          <w:rFonts w:ascii="Arial" w:hAnsi="Arial" w:cs="Arial"/>
          <w:szCs w:val="22"/>
        </w:rPr>
        <w:t>💬 בקצרה: יש אומרים: צריך טלפון לביטחון. התשובה: הטלפון נשאר בתיק לחירום.</w:t>
      </w:r>
    </w:p>
    <w:p>
      <w:pPr>
        <w:bidi w:val="1"/>
        <w:spacing w:after="80"/>
        <w:jc w:val="right"/>
      </w:pPr>
      <w:r>
        <w:rPr>
          <w:sz w:val="25"/>
          <w:rtl w:val="1"/>
          <w:rFonts w:ascii="Arial" w:hAnsi="Arial" w:cs="Arial"/>
          <w:szCs w:val="25"/>
        </w:rPr>
        <w:t>(5) אנחנו מבקשים מהנהלת בית הספר לנסות את הרעיון חודש אחד בלבד. בסוף החודש נערוך סקר בין התלמידים והמורים, ונחליט יחד אם להמשיך. מה כבר יש להפסיד? לכל היותר – כמה הודעות שיחכו עד הצהריים.</w:t>
      </w:r>
    </w:p>
    <w:p>
      <w:pPr>
        <w:bidi w:val="1"/>
        <w:spacing w:after="120"/>
        <w:jc w:val="right"/>
      </w:pPr>
      <w:r>
        <w:rPr>
          <w:color w:val="862E00"/>
          <w:sz w:val="22"/>
          <w:rtl w:val="1"/>
          <w:rFonts w:ascii="Arial" w:hAnsi="Arial" w:cs="Arial"/>
          <w:szCs w:val="22"/>
        </w:rPr>
        <w:t>💬 בקצרה: ההצעה: לנסות חודש אחד, ואז סקר.</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מתנהל</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פועל, עובר</w:t>
            </w:r>
          </w:p>
        </w:tc>
      </w:tr>
      <w:tr>
        <w:tc>
          <w:tcPr>
            <w:tcW w:type="dxa" w:w="3439"/>
          </w:tcPr>
          <w:p>
            <w:pPr>
              <w:bidi w:val="1"/>
              <w:spacing w:after="20"/>
              <w:jc w:val="right"/>
            </w:pPr>
            <w:r>
              <w:rPr>
                <w:sz w:val="22"/>
                <w:rtl w:val="1"/>
                <w:rFonts w:ascii="Arial" w:hAnsi="Arial" w:cs="Arial"/>
                <w:szCs w:val="22"/>
              </w:rPr>
              <w:t>קשב</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היכולת להתרכז ולהקשיב</w:t>
            </w:r>
          </w:p>
        </w:tc>
      </w:tr>
      <w:tr>
        <w:tc>
          <w:tcPr>
            <w:tcW w:type="dxa" w:w="3439"/>
          </w:tcPr>
          <w:p>
            <w:pPr>
              <w:bidi w:val="1"/>
              <w:spacing w:after="20"/>
              <w:jc w:val="right"/>
            </w:pPr>
            <w:r>
              <w:rPr>
                <w:sz w:val="22"/>
                <w:rtl w:val="1"/>
                <w:rFonts w:ascii="Arial" w:hAnsi="Arial" w:cs="Arial"/>
                <w:szCs w:val="22"/>
              </w:rPr>
              <w:t>נחוץ</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צריך מאוד</w:t>
            </w:r>
          </w:p>
        </w:tc>
      </w:tr>
      <w:tr>
        <w:tc>
          <w:tcPr>
            <w:tcW w:type="dxa" w:w="3439"/>
          </w:tcPr>
          <w:p>
            <w:pPr>
              <w:bidi w:val="1"/>
              <w:spacing w:after="20"/>
              <w:jc w:val="right"/>
            </w:pPr>
            <w:r>
              <w:rPr>
                <w:sz w:val="22"/>
                <w:rtl w:val="1"/>
                <w:rFonts w:ascii="Arial" w:hAnsi="Arial" w:cs="Arial"/>
                <w:szCs w:val="22"/>
              </w:rPr>
              <w:t>לאסור</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להגיד: אסור</w:t>
            </w:r>
          </w:p>
        </w:tc>
      </w:tr>
      <w:tr>
        <w:tc>
          <w:tcPr>
            <w:tcW w:type="dxa" w:w="3439"/>
          </w:tcPr>
          <w:p>
            <w:pPr>
              <w:bidi w:val="1"/>
              <w:spacing w:after="20"/>
              <w:jc w:val="right"/>
            </w:pPr>
            <w:r>
              <w:rPr>
                <w:sz w:val="22"/>
                <w:rtl w:val="1"/>
                <w:rFonts w:ascii="Arial" w:hAnsi="Arial" w:cs="Arial"/>
                <w:szCs w:val="22"/>
              </w:rPr>
              <w:t>מזכירות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המשרד של בית הספר</w:t>
            </w:r>
          </w:p>
        </w:tc>
      </w:tr>
      <w:tr>
        <w:tc>
          <w:tcPr>
            <w:tcW w:type="dxa" w:w="3439"/>
          </w:tcPr>
          <w:p>
            <w:pPr>
              <w:bidi w:val="1"/>
              <w:spacing w:after="20"/>
              <w:jc w:val="right"/>
            </w:pPr>
            <w:r>
              <w:rPr>
                <w:sz w:val="22"/>
                <w:rtl w:val="1"/>
                <w:rFonts w:ascii="Arial" w:hAnsi="Arial" w:cs="Arial"/>
                <w:szCs w:val="22"/>
              </w:rPr>
              <w:t>סקר</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שאלות לאנשים רבים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איזה סוג טקסט זה?   [🎯 סוגה ומטרה – איזה טקסט זה?]</w:t>
      </w:r>
    </w:p>
    <w:p>
      <w:pPr>
        <w:bidi w:val="1"/>
        <w:spacing w:after="20"/>
        <w:jc w:val="right"/>
      </w:pPr>
      <w:r>
        <w:rPr>
          <w:sz w:val="22"/>
          <w:rtl w:val="1"/>
          <w:rFonts w:ascii="Arial" w:hAnsi="Arial" w:cs="Arial"/>
          <w:szCs w:val="22"/>
        </w:rPr>
        <w:t xml:space="preserve">   א. סיפור קצר</w:t>
      </w:r>
    </w:p>
    <w:p>
      <w:pPr>
        <w:bidi w:val="1"/>
        <w:spacing w:after="20"/>
        <w:jc w:val="right"/>
      </w:pPr>
      <w:r>
        <w:rPr>
          <w:b/>
          <w:color w:val="C92A2A"/>
          <w:sz w:val="22"/>
          <w:rtl w:val="1"/>
          <w:rFonts w:ascii="Arial" w:hAnsi="Arial" w:cs="Arial"/>
          <w:bCs/>
          <w:szCs w:val="22"/>
        </w:rPr>
        <w:t xml:space="preserve">   ב. טור דעה – טקסט שמנסה לשכנע ✔</w:t>
      </w:r>
    </w:p>
    <w:p>
      <w:pPr>
        <w:bidi w:val="1"/>
        <w:spacing w:after="20"/>
        <w:jc w:val="right"/>
      </w:pPr>
      <w:r>
        <w:rPr>
          <w:sz w:val="22"/>
          <w:rtl w:val="1"/>
          <w:rFonts w:ascii="Arial" w:hAnsi="Arial" w:cs="Arial"/>
          <w:szCs w:val="22"/>
        </w:rPr>
        <w:t xml:space="preserve">   ג. כתבה מידעית</w:t>
      </w:r>
    </w:p>
    <w:p>
      <w:pPr>
        <w:bidi w:val="1"/>
        <w:spacing w:after="40"/>
        <w:jc w:val="right"/>
      </w:pPr>
      <w:r>
        <w:rPr>
          <w:b/>
          <w:sz w:val="23"/>
          <w:rtl w:val="1"/>
          <w:rFonts w:ascii="Arial" w:hAnsi="Arial" w:cs="Arial"/>
          <w:bCs/>
          <w:szCs w:val="23"/>
        </w:rPr>
        <w:t>2. סריקה: באיזו פסקה מופיעה ההצעה (הטענה המרכזית) לראשונה?   [🗂️ סריקה: מבנה וכותרות משנה]</w:t>
      </w:r>
    </w:p>
    <w:p>
      <w:pPr>
        <w:bidi w:val="1"/>
        <w:spacing w:after="20"/>
        <w:jc w:val="right"/>
      </w:pPr>
      <w:r>
        <w:rPr>
          <w:sz w:val="22"/>
          <w:rtl w:val="1"/>
          <w:rFonts w:ascii="Arial" w:hAnsi="Arial" w:cs="Arial"/>
          <w:szCs w:val="22"/>
        </w:rPr>
        <w:t xml:space="preserve">   א. פסקה 3</w:t>
      </w:r>
    </w:p>
    <w:p>
      <w:pPr>
        <w:bidi w:val="1"/>
        <w:spacing w:after="20"/>
        <w:jc w:val="right"/>
      </w:pPr>
      <w:r>
        <w:rPr>
          <w:sz w:val="22"/>
          <w:rtl w:val="1"/>
          <w:rFonts w:ascii="Arial" w:hAnsi="Arial" w:cs="Arial"/>
          <w:szCs w:val="22"/>
        </w:rPr>
        <w:t xml:space="preserve">   ב. פסקה 4</w:t>
      </w:r>
    </w:p>
    <w:p>
      <w:pPr>
        <w:bidi w:val="1"/>
        <w:spacing w:after="20"/>
        <w:jc w:val="right"/>
      </w:pPr>
      <w:r>
        <w:rPr>
          <w:b/>
          <w:color w:val="C92A2A"/>
          <w:sz w:val="22"/>
          <w:rtl w:val="1"/>
          <w:rFonts w:ascii="Arial" w:hAnsi="Arial" w:cs="Arial"/>
          <w:bCs/>
          <w:szCs w:val="22"/>
        </w:rPr>
        <w:t xml:space="preserve">   ג. פסקה 1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"ובכל זאת, יש לנו הצעה" (פסקה 1). מה מסמנת "ובכל זאת"?   [🔗 מילות קישור – תמרורים בטקסט]</w:t>
      </w:r>
    </w:p>
    <w:p>
      <w:pPr>
        <w:bidi w:val="1"/>
        <w:spacing w:after="20"/>
        <w:jc w:val="right"/>
      </w:pPr>
      <w:r>
        <w:rPr>
          <w:b/>
          <w:color w:val="C92A2A"/>
          <w:sz w:val="22"/>
          <w:rtl w:val="1"/>
          <w:rFonts w:ascii="Arial" w:hAnsi="Arial" w:cs="Arial"/>
          <w:bCs/>
          <w:szCs w:val="22"/>
        </w:rPr>
        <w:t xml:space="preserve">   א. ניגוד ✔</w:t>
      </w:r>
    </w:p>
    <w:p>
      <w:pPr>
        <w:bidi w:val="1"/>
        <w:spacing w:after="20"/>
        <w:jc w:val="right"/>
      </w:pPr>
      <w:r>
        <w:rPr>
          <w:sz w:val="22"/>
          <w:rtl w:val="1"/>
          <w:rFonts w:ascii="Arial" w:hAnsi="Arial" w:cs="Arial"/>
          <w:szCs w:val="22"/>
        </w:rPr>
        <w:t xml:space="preserve">   ב. סיבה</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4. מהו הנימוק הראשון של הכותבים?   [💡 הרעיון המרכזי בפסקה]</w:t>
      </w:r>
    </w:p>
    <w:p>
      <w:pPr>
        <w:bidi w:val="1"/>
        <w:spacing w:after="20"/>
        <w:jc w:val="right"/>
      </w:pPr>
      <w:r>
        <w:rPr>
          <w:sz w:val="22"/>
          <w:rtl w:val="1"/>
          <w:rFonts w:ascii="Arial" w:hAnsi="Arial" w:cs="Arial"/>
          <w:szCs w:val="22"/>
        </w:rPr>
        <w:t xml:space="preserve">   א. הביטחון</w:t>
      </w:r>
    </w:p>
    <w:p>
      <w:pPr>
        <w:bidi w:val="1"/>
        <w:spacing w:after="20"/>
        <w:jc w:val="right"/>
      </w:pPr>
      <w:r>
        <w:rPr>
          <w:sz w:val="22"/>
          <w:rtl w:val="1"/>
          <w:rFonts w:ascii="Arial" w:hAnsi="Arial" w:cs="Arial"/>
          <w:szCs w:val="22"/>
        </w:rPr>
        <w:t xml:space="preserve">   ב. הסקר בסוף החודש</w:t>
      </w:r>
    </w:p>
    <w:p>
      <w:pPr>
        <w:bidi w:val="1"/>
        <w:spacing w:after="20"/>
        <w:jc w:val="right"/>
      </w:pPr>
      <w:r>
        <w:rPr>
          <w:b/>
          <w:color w:val="C92A2A"/>
          <w:sz w:val="22"/>
          <w:rtl w:val="1"/>
          <w:rFonts w:ascii="Arial" w:hAnsi="Arial" w:cs="Arial"/>
          <w:bCs/>
          <w:szCs w:val="22"/>
        </w:rPr>
        <w:t xml:space="preserve">   ג. הקשב – קל יותר להתרכז ✔</w:t>
      </w:r>
    </w:p>
    <w:p>
      <w:pPr>
        <w:bidi w:val="1"/>
        <w:spacing w:after="40"/>
        <w:jc w:val="right"/>
      </w:pPr>
      <w:r>
        <w:rPr>
          <w:b/>
          <w:sz w:val="23"/>
          <w:rtl w:val="1"/>
          <w:rFonts w:ascii="Arial" w:hAnsi="Arial" w:cs="Arial"/>
          <w:bCs/>
          <w:szCs w:val="23"/>
        </w:rPr>
        <w:t>5. איזה משפט הוא עובדה?   [⚖️ עובדה או דעה?]</w:t>
      </w:r>
    </w:p>
    <w:p>
      <w:pPr>
        <w:bidi w:val="1"/>
        <w:spacing w:after="20"/>
        <w:jc w:val="right"/>
      </w:pPr>
      <w:r>
        <w:rPr>
          <w:sz w:val="22"/>
          <w:rtl w:val="1"/>
          <w:rFonts w:ascii="Arial" w:hAnsi="Arial" w:cs="Arial"/>
          <w:szCs w:val="22"/>
        </w:rPr>
        <w:t xml:space="preserve">   א. מה כבר יש להפסיד?</w:t>
      </w:r>
    </w:p>
    <w:p>
      <w:pPr>
        <w:bidi w:val="1"/>
        <w:spacing w:after="20"/>
        <w:jc w:val="right"/>
      </w:pPr>
      <w:r>
        <w:rPr>
          <w:sz w:val="22"/>
          <w:rtl w:val="1"/>
          <w:rFonts w:ascii="Arial" w:hAnsi="Arial" w:cs="Arial"/>
          <w:szCs w:val="22"/>
        </w:rPr>
        <w:t xml:space="preserve">   ב. הנימוק השני חשוב לנו אפילו יותר</w:t>
      </w:r>
    </w:p>
    <w:p>
      <w:pPr>
        <w:bidi w:val="1"/>
        <w:spacing w:after="20"/>
        <w:jc w:val="right"/>
      </w:pPr>
      <w:r>
        <w:rPr>
          <w:b/>
          <w:color w:val="C92A2A"/>
          <w:sz w:val="22"/>
          <w:rtl w:val="1"/>
          <w:rFonts w:ascii="Arial" w:hAnsi="Arial" w:cs="Arial"/>
          <w:bCs/>
          <w:szCs w:val="22"/>
        </w:rPr>
        <w:t xml:space="preserve">   ג. במזכירות יש טלפון זמין ✔</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מפת הטקסט: מה התפקיד של פסקה 4?   [🗺️ מפת הטקסט]</w:t>
      </w:r>
    </w:p>
    <w:p>
      <w:pPr>
        <w:bidi w:val="1"/>
        <w:spacing w:after="20"/>
        <w:jc w:val="right"/>
      </w:pPr>
      <w:r>
        <w:rPr>
          <w:sz w:val="22"/>
          <w:rtl w:val="1"/>
          <w:rFonts w:ascii="Arial" w:hAnsi="Arial" w:cs="Arial"/>
          <w:szCs w:val="22"/>
        </w:rPr>
        <w:t xml:space="preserve">   א. מספרת סיפור מהטיול</w:t>
      </w:r>
    </w:p>
    <w:p>
      <w:pPr>
        <w:bidi w:val="1"/>
        <w:spacing w:after="20"/>
        <w:jc w:val="right"/>
      </w:pPr>
      <w:r>
        <w:rPr>
          <w:b/>
          <w:color w:val="C92A2A"/>
          <w:sz w:val="22"/>
          <w:rtl w:val="1"/>
          <w:rFonts w:ascii="Arial" w:hAnsi="Arial" w:cs="Arial"/>
          <w:bCs/>
          <w:szCs w:val="22"/>
        </w:rPr>
        <w:t xml:space="preserve">   ב. מציגה טענה נגדית ומשיבה עליה ✔</w:t>
      </w:r>
    </w:p>
    <w:p>
      <w:pPr>
        <w:bidi w:val="1"/>
        <w:spacing w:after="20"/>
        <w:jc w:val="right"/>
      </w:pPr>
      <w:r>
        <w:rPr>
          <w:sz w:val="22"/>
          <w:rtl w:val="1"/>
          <w:rFonts w:ascii="Arial" w:hAnsi="Arial" w:cs="Arial"/>
          <w:szCs w:val="22"/>
        </w:rPr>
        <w:t xml:space="preserve">   ג. מסכמת את כל הנימוקים</w:t>
      </w:r>
    </w:p>
    <w:p>
      <w:pPr>
        <w:bidi w:val="1"/>
        <w:spacing w:after="40"/>
        <w:jc w:val="right"/>
      </w:pPr>
      <w:r>
        <w:rPr>
          <w:b/>
          <w:sz w:val="23"/>
          <w:rtl w:val="1"/>
          <w:rFonts w:ascii="Arial" w:hAnsi="Arial" w:cs="Arial"/>
          <w:bCs/>
          <w:szCs w:val="23"/>
        </w:rPr>
        <w:t>7. הסקה: למה הכותבים מבקשים חודש ניסיון בלבד?   [🕵️ שאלת הסקה – בין השורות]</w:t>
      </w:r>
    </w:p>
    <w:p>
      <w:pPr>
        <w:bidi w:val="1"/>
        <w:spacing w:after="20"/>
        <w:jc w:val="right"/>
      </w:pPr>
      <w:r>
        <w:rPr>
          <w:sz w:val="22"/>
          <w:rtl w:val="1"/>
          <w:rFonts w:ascii="Arial" w:hAnsi="Arial" w:cs="Arial"/>
          <w:szCs w:val="22"/>
        </w:rPr>
        <w:t xml:space="preserve">   א. כי בחודש הבא יש חופשה</w:t>
      </w:r>
    </w:p>
    <w:p>
      <w:pPr>
        <w:bidi w:val="1"/>
        <w:spacing w:after="20"/>
        <w:jc w:val="right"/>
      </w:pPr>
      <w:r>
        <w:rPr>
          <w:b/>
          <w:color w:val="C92A2A"/>
          <w:sz w:val="22"/>
          <w:rtl w:val="1"/>
          <w:rFonts w:ascii="Arial" w:hAnsi="Arial" w:cs="Arial"/>
          <w:bCs/>
          <w:szCs w:val="22"/>
        </w:rPr>
        <w:t xml:space="preserve">   ב. כדי שיהיה קל יותר להסכים ולבדוק את הרעיון ✔</w:t>
      </w:r>
    </w:p>
    <w:p>
      <w:pPr>
        <w:bidi w:val="1"/>
        <w:spacing w:after="20"/>
        <w:jc w:val="right"/>
      </w:pPr>
      <w:r>
        <w:rPr>
          <w:sz w:val="22"/>
          <w:rtl w:val="1"/>
          <w:rFonts w:ascii="Arial" w:hAnsi="Arial" w:cs="Arial"/>
          <w:szCs w:val="22"/>
        </w:rPr>
        <w:t xml:space="preserve">   ג. כי הם לא מאמינים ברעיון</w:t>
      </w:r>
    </w:p>
    <w:p>
      <w:pPr>
        <w:bidi w:val="1"/>
        <w:spacing w:after="40"/>
        <w:jc w:val="right"/>
      </w:pPr>
      <w:r>
        <w:rPr>
          <w:b/>
          <w:sz w:val="23"/>
          <w:rtl w:val="1"/>
          <w:rFonts w:ascii="Arial" w:hAnsi="Arial" w:cs="Arial"/>
          <w:bCs/>
          <w:szCs w:val="23"/>
        </w:rPr>
        <w:t>8. השאלה: "ציינו שני נימוקים של הכותבים והסבירו אחד מהם". מה צריך לעשות?   [📖 קוראים את השאלה נכון]</w:t>
      </w:r>
    </w:p>
    <w:p>
      <w:pPr>
        <w:bidi w:val="1"/>
        <w:spacing w:after="20"/>
        <w:jc w:val="right"/>
      </w:pPr>
      <w:r>
        <w:rPr>
          <w:sz w:val="22"/>
          <w:rtl w:val="1"/>
          <w:rFonts w:ascii="Arial" w:hAnsi="Arial" w:cs="Arial"/>
          <w:szCs w:val="22"/>
        </w:rPr>
        <w:t xml:space="preserve">   א. להביע עמדה אישית</w:t>
      </w:r>
    </w:p>
    <w:p>
      <w:pPr>
        <w:bidi w:val="1"/>
        <w:spacing w:after="20"/>
        <w:jc w:val="right"/>
      </w:pPr>
      <w:r>
        <w:rPr>
          <w:sz w:val="22"/>
          <w:rtl w:val="1"/>
          <w:rFonts w:ascii="Arial" w:hAnsi="Arial" w:cs="Arial"/>
          <w:szCs w:val="22"/>
        </w:rPr>
        <w:t xml:space="preserve">   ב. לכתוב נימוק אחד בלבד</w:t>
      </w:r>
    </w:p>
    <w:p>
      <w:pPr>
        <w:bidi w:val="1"/>
        <w:spacing w:after="20"/>
        <w:jc w:val="right"/>
      </w:pPr>
      <w:r>
        <w:rPr>
          <w:b/>
          <w:color w:val="C92A2A"/>
          <w:sz w:val="22"/>
          <w:rtl w:val="1"/>
          <w:rFonts w:ascii="Arial" w:hAnsi="Arial" w:cs="Arial"/>
          <w:bCs/>
          <w:szCs w:val="22"/>
        </w:rPr>
        <w:t xml:space="preserve">   ג. לכתוב שני נימוקים ולהסביר אחד מהם ✔</w:t>
      </w:r>
    </w:p>
    <w:p>
      <w:pPr>
        <w:bidi w:val="1"/>
        <w:spacing w:after="40"/>
        <w:jc w:val="right"/>
      </w:pPr>
      <w:r>
        <w:rPr>
          <w:b/>
          <w:sz w:val="23"/>
          <w:rtl w:val="1"/>
          <w:rFonts w:ascii="Arial" w:hAnsi="Arial" w:cs="Arial"/>
          <w:bCs/>
          <w:szCs w:val="23"/>
        </w:rPr>
        <w:t>9. עמדה: האם אתם מסכימים עם ההצעה? כתבו טענה + נימוק + דוגמה.   [✍️ תשובה מלאה: טענה + נימוק + דוגמה]</w:t>
      </w:r>
    </w:p>
    <w:p>
      <w:pPr>
        <w:bidi w:val="1"/>
        <w:spacing w:after="60"/>
        <w:jc w:val="right"/>
      </w:pPr>
      <w:r>
        <w:rPr>
          <w:b/>
          <w:color w:val="C92A2A"/>
          <w:sz w:val="22"/>
          <w:rtl w:val="1"/>
          <w:rFonts w:ascii="Arial" w:hAnsi="Arial" w:cs="Arial"/>
          <w:bCs/>
          <w:szCs w:val="22"/>
        </w:rPr>
        <w:t>✔ תשובה אישית הכוללת: טענה ברורה (מסכים/ה – לא מסכים/ה), נימוק עם "כי", ודוגמה מהטקסט או מהחיים.</w:t>
      </w:r>
    </w:p>
    <w:p>
      <w:pPr>
        <w:bidi w:val="1"/>
        <w:spacing w:after="40"/>
        <w:jc w:val="right"/>
      </w:pPr>
      <w:r>
        <w:rPr>
          <w:b/>
          <w:sz w:val="23"/>
          <w:rtl w:val="1"/>
          <w:rFonts w:ascii="Arial" w:hAnsi="Arial" w:cs="Arial"/>
          <w:bCs/>
          <w:szCs w:val="23"/>
        </w:rPr>
        <w:t>10. סכמו את טור הדעה ב־3 משפטים.   [📝 סיכום קצר]</w:t>
      </w:r>
    </w:p>
    <w:p>
      <w:pPr>
        <w:bidi w:val="1"/>
        <w:spacing w:after="60"/>
        <w:jc w:val="right"/>
      </w:pPr>
      <w:r>
        <w:rPr>
          <w:b/>
          <w:color w:val="C92A2A"/>
          <w:sz w:val="22"/>
          <w:rtl w:val="1"/>
          <w:rFonts w:ascii="Arial" w:hAnsi="Arial" w:cs="Arial"/>
          <w:bCs/>
          <w:szCs w:val="22"/>
        </w:rPr>
        <w:t>✔ מועצת התלמידים מציעה יום אחד בשבוע בלי מסכים אישיים. לטענתם זה ישפר את הקשב ואת הקשרים בין התלמידים, והטלפון יישאר בתיק למקרה חירום. הם מבקשים לנסות חודש ולהחליט יחד אחרי סקר.</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מכתב קצר (6–8 משפטים) למועצת התלמידים: הסכימו או התנגדו להצעה. כללו טענה, שני נימוקים, דוגמה ומשפט סיום.   [✍️ תשובה מלאה: טענה + נימוק + דוגמה]</w:t>
      </w:r>
    </w:p>
    <w:p>
      <w:pPr>
        <w:bidi w:val="1"/>
        <w:spacing w:after="60"/>
        <w:jc w:val="right"/>
      </w:pPr>
      <w:r>
        <w:rPr>
          <w:b/>
          <w:color w:val="C92A2A"/>
          <w:sz w:val="22"/>
          <w:rtl w:val="1"/>
          <w:rFonts w:ascii="Arial" w:hAnsi="Arial" w:cs="Arial"/>
          <w:bCs/>
          <w:szCs w:val="22"/>
        </w:rPr>
        <w:t>✔ תשובה אישית לפי המחוון: עמידה במשימה, מבנה, מילות קישור, לשון.</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מה ההבדל בין עובדה לדעה – במשפט אחד:</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איזה כרטיס אשתמש בו בשאלת עמדה?</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מסע מודרך 2 – טור דעה</w:t>
      </w:r>
    </w:p>
    <w:p>
      <w:pPr>
        <w:bidi w:val="1"/>
        <w:spacing w:after="60"/>
        <w:jc w:val="right"/>
      </w:pPr>
      <w:r>
        <w:rPr>
          <w:color w:val="495057"/>
          <w:sz w:val="22"/>
          <w:rtl w:val="1"/>
          <w:rFonts w:ascii="Arial" w:hAnsi="Arial" w:cs="Arial"/>
          <w:szCs w:val="22"/>
        </w:rPr>
        <w:t>דף תרגול · חט״ב – עולים חדשים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יום בשבוע בלי מסכים – הגיע הזמן</w:t>
      </w:r>
    </w:p>
    <w:p>
      <w:pPr>
        <w:bidi w:val="1"/>
        <w:spacing w:after="80"/>
        <w:jc w:val="right"/>
      </w:pPr>
      <w:r>
        <w:rPr>
          <w:sz w:val="25"/>
          <w:rtl w:val="1"/>
          <w:rFonts w:ascii="Arial" w:hAnsi="Arial" w:cs="Arial"/>
          <w:szCs w:val="25"/>
        </w:rPr>
        <w:t>(1) כל בוקר אנחנו רואים במסדרון אותה תמונה: עשרות תלמידים מתכופפים מעל הטלפון, וכמעט אף אחד לא מסתכל על מי שעומד לידו. אנחנו לא נגד טכנולוגיה – אנחנו משתמשים בה כל יום, גם בשיעורים. ובכל זאת, יש לנו הצעה פשוטה: יום אחד בשבוע שבו בית הספר מתנהל בלי מסכים אישיים.</w:t>
      </w:r>
    </w:p>
    <w:p>
      <w:pPr>
        <w:bidi w:val="1"/>
        <w:spacing w:after="120"/>
        <w:jc w:val="right"/>
      </w:pPr>
      <w:r>
        <w:rPr>
          <w:color w:val="862E00"/>
          <w:sz w:val="22"/>
          <w:rtl w:val="1"/>
          <w:rFonts w:ascii="Arial" w:hAnsi="Arial" w:cs="Arial"/>
          <w:szCs w:val="22"/>
        </w:rPr>
        <w:t>💬 בקצרה: תלמידים מסתכלים כל הזמן בטלפון. ההצעה: יום אחד בשבוע בלי מסכים.</w:t>
      </w:r>
    </w:p>
    <w:p>
      <w:pPr>
        <w:bidi w:val="1"/>
        <w:spacing w:after="80"/>
        <w:jc w:val="right"/>
      </w:pPr>
      <w:r>
        <w:rPr>
          <w:sz w:val="25"/>
          <w:rtl w:val="1"/>
          <w:rFonts w:ascii="Arial" w:hAnsi="Arial" w:cs="Arial"/>
          <w:szCs w:val="25"/>
        </w:rPr>
        <w:t>(2) הנימוק הראשון הוא הקשב. כשהטלפון מונח על השולחן, קשה להתרכז גם כשהוא שותק – העין נמשכת אליו שוב ושוב. ביום בלי מסכים יהיה לנו קל יותר להקשיב בשיעור ולסיים משימה עד הסוף.</w:t>
      </w:r>
    </w:p>
    <w:p>
      <w:pPr>
        <w:bidi w:val="1"/>
        <w:spacing w:after="120"/>
        <w:jc w:val="right"/>
      </w:pPr>
      <w:r>
        <w:rPr>
          <w:color w:val="862E00"/>
          <w:sz w:val="22"/>
          <w:rtl w:val="1"/>
          <w:rFonts w:ascii="Arial" w:hAnsi="Arial" w:cs="Arial"/>
          <w:szCs w:val="22"/>
        </w:rPr>
        <w:t>💬 בקצרה: סיבה 1: קשב. בלי טלפון קל יותר להקשיב.</w:t>
      </w:r>
    </w:p>
    <w:p>
      <w:pPr>
        <w:bidi w:val="1"/>
        <w:spacing w:after="80"/>
        <w:jc w:val="right"/>
      </w:pPr>
      <w:r>
        <w:rPr>
          <w:sz w:val="25"/>
          <w:rtl w:val="1"/>
          <w:rFonts w:ascii="Arial" w:hAnsi="Arial" w:cs="Arial"/>
          <w:szCs w:val="25"/>
        </w:rPr>
        <w:t>(3) הנימוק השני חשוב לנו אפילו יותר: הקשרים בינינו. בהפסקה בלי מסך מדברים, משחקים ומכירים תלמידים מכיתות אחרות. ניסינו זאת בטיול השנתי, ופתאום גילינו שיש לנו הרבה יותר מה להגיד זה לזה.</w:t>
      </w:r>
    </w:p>
    <w:p>
      <w:pPr>
        <w:bidi w:val="1"/>
        <w:spacing w:after="120"/>
        <w:jc w:val="right"/>
      </w:pPr>
      <w:r>
        <w:rPr>
          <w:color w:val="862E00"/>
          <w:sz w:val="22"/>
          <w:rtl w:val="1"/>
          <w:rFonts w:ascii="Arial" w:hAnsi="Arial" w:cs="Arial"/>
          <w:szCs w:val="22"/>
        </w:rPr>
        <w:t>💬 בקצרה: סיבה 2: חברים. בלי מסך מדברים ומשחקים יותר.</w:t>
      </w:r>
    </w:p>
    <w:p>
      <w:pPr>
        <w:bidi w:val="1"/>
        <w:spacing w:after="80"/>
        <w:jc w:val="right"/>
      </w:pPr>
      <w:r>
        <w:rPr>
          <w:sz w:val="25"/>
          <w:rtl w:val="1"/>
          <w:rFonts w:ascii="Arial" w:hAnsi="Arial" w:cs="Arial"/>
          <w:szCs w:val="25"/>
        </w:rPr>
        <w:t>(4) יש מי שיטענו שהטלפון נחוץ לביטחון, למשל כדי ליצור קשר עם ההורים. זו טענה צודקת, ולכן ההצעה שלנו אינה לאסור טלפונים אלא להשאיר אותם בתיק. במקרה חירום אפשר להשתמש בהם, וגם במזכירות יש טלפון זמין.</w:t>
      </w:r>
    </w:p>
    <w:p>
      <w:pPr>
        <w:bidi w:val="1"/>
        <w:spacing w:after="120"/>
        <w:jc w:val="right"/>
      </w:pPr>
      <w:r>
        <w:rPr>
          <w:color w:val="862E00"/>
          <w:sz w:val="22"/>
          <w:rtl w:val="1"/>
          <w:rFonts w:ascii="Arial" w:hAnsi="Arial" w:cs="Arial"/>
          <w:szCs w:val="22"/>
        </w:rPr>
        <w:t>💬 בקצרה: יש אומרים: צריך טלפון לביטחון. התשובה: הטלפון נשאר בתיק לחירום.</w:t>
      </w:r>
    </w:p>
    <w:p>
      <w:pPr>
        <w:bidi w:val="1"/>
        <w:spacing w:after="80"/>
        <w:jc w:val="right"/>
      </w:pPr>
      <w:r>
        <w:rPr>
          <w:sz w:val="25"/>
          <w:rtl w:val="1"/>
          <w:rFonts w:ascii="Arial" w:hAnsi="Arial" w:cs="Arial"/>
          <w:szCs w:val="25"/>
        </w:rPr>
        <w:t>(5) אנחנו מבקשים מהנהלת בית הספר לנסות את הרעיון חודש אחד בלבד. בסוף החודש נערוך סקר בין התלמידים והמורים, ונחליט יחד אם להמשיך. מה כבר יש להפסיד? לכל היותר – כמה הודעות שיחכו עד הצהריים.</w:t>
      </w:r>
    </w:p>
    <w:p>
      <w:pPr>
        <w:bidi w:val="1"/>
        <w:spacing w:after="120"/>
        <w:jc w:val="right"/>
      </w:pPr>
      <w:r>
        <w:rPr>
          <w:color w:val="862E00"/>
          <w:sz w:val="22"/>
          <w:rtl w:val="1"/>
          <w:rFonts w:ascii="Arial" w:hAnsi="Arial" w:cs="Arial"/>
          <w:szCs w:val="22"/>
        </w:rPr>
        <w:t>💬 בקצרה: ההצעה: לנסות חודש אחד, ואז סקר.</w:t>
      </w:r>
    </w:p>
    <w:p>
      <w:pPr>
        <w:pStyle w:val="Heading3"/>
        <w:bidi w:val="1"/>
        <w:jc w:val="right"/>
      </w:pPr>
      <w:r>
        <w:rPr>
          <w:b/>
          <w:color w:val="1F2340"/>
          <w:sz w:val="24"/>
          <w:rtl w:val="1"/>
          <w:rFonts w:ascii="Arial" w:hAnsi="Arial" w:cs="Arial"/>
          <w:bCs/>
          <w:szCs w:val="24"/>
        </w:rPr>
        <w:t>📒 מילון חזותי</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2"/>
                <w:rtl w:val="1"/>
                <w:rFonts w:ascii="Arial" w:hAnsi="Arial" w:cs="Arial"/>
                <w:bCs/>
                <w:szCs w:val="22"/>
              </w:rPr>
              <w:t>מילה</w:t>
            </w:r>
          </w:p>
        </w:tc>
        <w:tc>
          <w:tcPr>
            <w:tcW w:type="dxa" w:w="3439"/>
            <w:shd w:val="clear" w:color="auto" w:fill="E3FAFC"/>
          </w:tcPr>
          <w:p>
            <w:pPr>
              <w:bidi w:val="1"/>
              <w:spacing w:after="20"/>
              <w:jc w:val="right"/>
            </w:pPr>
            <w:r>
              <w:rPr>
                <w:b/>
                <w:sz w:val="22"/>
                <w:rtl w:val="1"/>
                <w:rFonts w:ascii="Arial" w:hAnsi="Arial" w:cs="Arial"/>
                <w:bCs/>
                <w:szCs w:val="22"/>
              </w:rPr>
              <w:t>סמל</w:t>
            </w:r>
          </w:p>
        </w:tc>
        <w:tc>
          <w:tcPr>
            <w:tcW w:type="dxa" w:w="3439"/>
            <w:shd w:val="clear" w:color="auto" w:fill="E3FAFC"/>
          </w:tcPr>
          <w:p>
            <w:pPr>
              <w:bidi w:val="1"/>
              <w:spacing w:after="20"/>
              <w:jc w:val="right"/>
            </w:pPr>
            <w:r>
              <w:rPr>
                <w:b/>
                <w:sz w:val="22"/>
                <w:rtl w:val="1"/>
                <w:rFonts w:ascii="Arial" w:hAnsi="Arial" w:cs="Arial"/>
                <w:bCs/>
                <w:szCs w:val="22"/>
              </w:rPr>
              <w:t>פירוש</w:t>
            </w:r>
          </w:p>
        </w:tc>
      </w:tr>
      <w:tr>
        <w:tc>
          <w:tcPr>
            <w:tcW w:type="dxa" w:w="3439"/>
          </w:tcPr>
          <w:p>
            <w:pPr>
              <w:bidi w:val="1"/>
              <w:spacing w:after="20"/>
              <w:jc w:val="right"/>
            </w:pPr>
            <w:r>
              <w:rPr>
                <w:sz w:val="22"/>
                <w:rtl w:val="1"/>
                <w:rFonts w:ascii="Arial" w:hAnsi="Arial" w:cs="Arial"/>
                <w:szCs w:val="22"/>
              </w:rPr>
              <w:t>מתנהל</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פועל, עובר</w:t>
            </w:r>
          </w:p>
        </w:tc>
      </w:tr>
      <w:tr>
        <w:tc>
          <w:tcPr>
            <w:tcW w:type="dxa" w:w="3439"/>
          </w:tcPr>
          <w:p>
            <w:pPr>
              <w:bidi w:val="1"/>
              <w:spacing w:after="20"/>
              <w:jc w:val="right"/>
            </w:pPr>
            <w:r>
              <w:rPr>
                <w:sz w:val="22"/>
                <w:rtl w:val="1"/>
                <w:rFonts w:ascii="Arial" w:hAnsi="Arial" w:cs="Arial"/>
                <w:szCs w:val="22"/>
              </w:rPr>
              <w:t>קשב</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היכולת להתרכז ולהקשיב</w:t>
            </w:r>
          </w:p>
        </w:tc>
      </w:tr>
      <w:tr>
        <w:tc>
          <w:tcPr>
            <w:tcW w:type="dxa" w:w="3439"/>
          </w:tcPr>
          <w:p>
            <w:pPr>
              <w:bidi w:val="1"/>
              <w:spacing w:after="20"/>
              <w:jc w:val="right"/>
            </w:pPr>
            <w:r>
              <w:rPr>
                <w:sz w:val="22"/>
                <w:rtl w:val="1"/>
                <w:rFonts w:ascii="Arial" w:hAnsi="Arial" w:cs="Arial"/>
                <w:szCs w:val="22"/>
              </w:rPr>
              <w:t>נחוץ</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צריך מאוד</w:t>
            </w:r>
          </w:p>
        </w:tc>
      </w:tr>
      <w:tr>
        <w:tc>
          <w:tcPr>
            <w:tcW w:type="dxa" w:w="3439"/>
          </w:tcPr>
          <w:p>
            <w:pPr>
              <w:bidi w:val="1"/>
              <w:spacing w:after="20"/>
              <w:jc w:val="right"/>
            </w:pPr>
            <w:r>
              <w:rPr>
                <w:sz w:val="22"/>
                <w:rtl w:val="1"/>
                <w:rFonts w:ascii="Arial" w:hAnsi="Arial" w:cs="Arial"/>
                <w:szCs w:val="22"/>
              </w:rPr>
              <w:t>לאסור</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להגיד: אסור</w:t>
            </w:r>
          </w:p>
        </w:tc>
      </w:tr>
      <w:tr>
        <w:tc>
          <w:tcPr>
            <w:tcW w:type="dxa" w:w="3439"/>
          </w:tcPr>
          <w:p>
            <w:pPr>
              <w:bidi w:val="1"/>
              <w:spacing w:after="20"/>
              <w:jc w:val="right"/>
            </w:pPr>
            <w:r>
              <w:rPr>
                <w:sz w:val="22"/>
                <w:rtl w:val="1"/>
                <w:rFonts w:ascii="Arial" w:hAnsi="Arial" w:cs="Arial"/>
                <w:szCs w:val="22"/>
              </w:rPr>
              <w:t>מזכירות</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המשרד של בית הספר</w:t>
            </w:r>
          </w:p>
        </w:tc>
      </w:tr>
      <w:tr>
        <w:tc>
          <w:tcPr>
            <w:tcW w:type="dxa" w:w="3439"/>
          </w:tcPr>
          <w:p>
            <w:pPr>
              <w:bidi w:val="1"/>
              <w:spacing w:after="20"/>
              <w:jc w:val="right"/>
            </w:pPr>
            <w:r>
              <w:rPr>
                <w:sz w:val="22"/>
                <w:rtl w:val="1"/>
                <w:rFonts w:ascii="Arial" w:hAnsi="Arial" w:cs="Arial"/>
                <w:szCs w:val="22"/>
              </w:rPr>
              <w:t>סקר</w:t>
            </w:r>
          </w:p>
        </w:tc>
        <w:tc>
          <w:tcPr>
            <w:tcW w:type="dxa" w:w="3439"/>
          </w:tcPr>
          <w:p>
            <w:pPr>
              <w:bidi w:val="1"/>
              <w:spacing w:after="20"/>
              <w:jc w:val="right"/>
            </w:pPr>
            <w:r>
              <w:rPr>
                <w:sz w:val="22"/>
                <w:rtl w:val="1"/>
                <w:rFonts w:ascii="Arial" w:hAnsi="Arial" w:cs="Arial"/>
                <w:szCs w:val="22"/>
              </w:rPr>
              <w:t>📊</w:t>
            </w:r>
          </w:p>
        </w:tc>
        <w:tc>
          <w:tcPr>
            <w:tcW w:type="dxa" w:w="3439"/>
          </w:tcPr>
          <w:p>
            <w:pPr>
              <w:bidi w:val="1"/>
              <w:spacing w:after="20"/>
              <w:jc w:val="right"/>
            </w:pPr>
            <w:r>
              <w:rPr>
                <w:sz w:val="22"/>
                <w:rtl w:val="1"/>
                <w:rFonts w:ascii="Arial" w:hAnsi="Arial" w:cs="Arial"/>
                <w:szCs w:val="22"/>
              </w:rPr>
              <w:t>שאלות לאנשים רבים</w:t>
            </w:r>
          </w:p>
        </w:tc>
      </w:tr>
    </w:tbl>
    <w:p>
      <w:pPr>
        <w:pStyle w:val="Heading3"/>
        <w:bidi w:val="1"/>
        <w:jc w:val="right"/>
      </w:pPr>
      <w:r>
        <w:rPr>
          <w:b/>
          <w:color w:val="1F2340"/>
          <w:sz w:val="24"/>
          <w:rtl w:val="1"/>
          <w:rFonts w:ascii="Arial" w:hAnsi="Arial" w:cs="Arial"/>
          <w:bCs/>
          <w:szCs w:val="24"/>
        </w:rPr>
        <w:t>🔗 בנק מילות קישור</w:t>
      </w:r>
    </w:p>
    <w:p>
      <w:pPr>
        <w:bidi w:val="1"/>
        <w:spacing w:after="20"/>
        <w:jc w:val="right"/>
      </w:pPr>
      <w:r>
        <w:rPr>
          <w:b/>
          <w:color w:val="2F9E44"/>
          <w:sz w:val="22"/>
          <w:rtl w:val="1"/>
          <w:rFonts w:ascii="Arial" w:hAnsi="Arial" w:cs="Arial"/>
          <w:bCs/>
          <w:szCs w:val="22"/>
        </w:rPr>
        <w:t>➕ הוספה: בנוסף, גם, וכן, יתר על כן</w:t>
      </w:r>
    </w:p>
    <w:p>
      <w:pPr>
        <w:bidi w:val="1"/>
        <w:spacing w:after="20"/>
        <w:jc w:val="right"/>
      </w:pPr>
      <w:r>
        <w:rPr>
          <w:b/>
          <w:color w:val="E03131"/>
          <w:sz w:val="22"/>
          <w:rtl w:val="1"/>
          <w:rFonts w:ascii="Arial" w:hAnsi="Arial" w:cs="Arial"/>
          <w:bCs/>
          <w:szCs w:val="22"/>
        </w:rPr>
        <w:t>↔️ ניגוד: אבל, אולם, עם זאת, לעומת, ואילו</w:t>
      </w:r>
    </w:p>
    <w:p>
      <w:pPr>
        <w:bidi w:val="1"/>
        <w:spacing w:after="20"/>
        <w:jc w:val="right"/>
      </w:pPr>
      <w:r>
        <w:rPr>
          <w:b/>
          <w:color w:val="2B8A3E"/>
          <w:sz w:val="22"/>
          <w:rtl w:val="1"/>
          <w:rFonts w:ascii="Arial" w:hAnsi="Arial" w:cs="Arial"/>
          <w:bCs/>
          <w:szCs w:val="22"/>
        </w:rPr>
        <w:t>❓ סיבה: כי, מפני ש, משום ש, בגלל</w:t>
      </w:r>
    </w:p>
    <w:p>
      <w:pPr>
        <w:bidi w:val="1"/>
        <w:spacing w:after="20"/>
        <w:jc w:val="right"/>
      </w:pPr>
      <w:r>
        <w:rPr>
          <w:b/>
          <w:color w:val="1C7ED6"/>
          <w:sz w:val="22"/>
          <w:rtl w:val="1"/>
          <w:rFonts w:ascii="Arial" w:hAnsi="Arial" w:cs="Arial"/>
          <w:bCs/>
          <w:szCs w:val="22"/>
        </w:rPr>
        <w:t>➡️ תוצאה: לכן, לפיכך, כך ש, כתוצאה מכך</w:t>
      </w:r>
    </w:p>
    <w:p>
      <w:pPr>
        <w:bidi w:val="1"/>
        <w:spacing w:after="20"/>
        <w:jc w:val="right"/>
      </w:pPr>
      <w:r>
        <w:rPr>
          <w:b/>
          <w:color w:val="7048E8"/>
          <w:sz w:val="22"/>
          <w:rtl w:val="1"/>
          <w:rFonts w:ascii="Arial" w:hAnsi="Arial" w:cs="Arial"/>
          <w:bCs/>
          <w:szCs w:val="22"/>
        </w:rPr>
        <w:t>👉 דוגמה: למשל, לדוגמה, כגון</w:t>
      </w:r>
    </w:p>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3"/>
          <w:rtl w:val="1"/>
          <w:rFonts w:ascii="Arial" w:hAnsi="Arial" w:cs="Arial"/>
          <w:bCs/>
          <w:szCs w:val="23"/>
        </w:rPr>
        <w:t>1. איזה סוג טקסט זה?   [🎯 סוגה ומטרה – איזה טקסט זה?]</w:t>
      </w:r>
    </w:p>
    <w:p>
      <w:pPr>
        <w:bidi w:val="1"/>
        <w:spacing w:after="20"/>
        <w:jc w:val="right"/>
      </w:pPr>
      <w:r>
        <w:rPr>
          <w:sz w:val="22"/>
          <w:rtl w:val="1"/>
          <w:rFonts w:ascii="Arial" w:hAnsi="Arial" w:cs="Arial"/>
          <w:szCs w:val="22"/>
        </w:rPr>
        <w:t xml:space="preserve">   א. סיפור קצר</w:t>
      </w:r>
    </w:p>
    <w:p>
      <w:pPr>
        <w:bidi w:val="1"/>
        <w:spacing w:after="20"/>
        <w:jc w:val="right"/>
      </w:pPr>
      <w:r>
        <w:rPr>
          <w:sz w:val="22"/>
          <w:rtl w:val="1"/>
          <w:rFonts w:ascii="Arial" w:hAnsi="Arial" w:cs="Arial"/>
          <w:szCs w:val="22"/>
        </w:rPr>
        <w:t xml:space="preserve">   ב. טור דעה – טקסט שמנסה לשכנע</w:t>
      </w:r>
    </w:p>
    <w:p>
      <w:pPr>
        <w:bidi w:val="1"/>
        <w:spacing w:after="20"/>
        <w:jc w:val="right"/>
      </w:pPr>
      <w:r>
        <w:rPr>
          <w:sz w:val="22"/>
          <w:rtl w:val="1"/>
          <w:rFonts w:ascii="Arial" w:hAnsi="Arial" w:cs="Arial"/>
          <w:szCs w:val="22"/>
        </w:rPr>
        <w:t xml:space="preserve">   ג. כתבה מידעית</w:t>
      </w:r>
    </w:p>
    <w:p>
      <w:pPr>
        <w:bidi w:val="1"/>
        <w:spacing w:after="40"/>
        <w:jc w:val="right"/>
      </w:pPr>
      <w:r>
        <w:rPr>
          <w:b/>
          <w:sz w:val="23"/>
          <w:rtl w:val="1"/>
          <w:rFonts w:ascii="Arial" w:hAnsi="Arial" w:cs="Arial"/>
          <w:bCs/>
          <w:szCs w:val="23"/>
        </w:rPr>
        <w:t>2. סריקה: באיזו פסקה מופיעה ההצעה (הטענה המרכזית) לראשונה?   [🗂️ סריקה: מבנה וכותרות משנה]</w:t>
      </w:r>
    </w:p>
    <w:p>
      <w:pPr>
        <w:bidi w:val="1"/>
        <w:spacing w:after="20"/>
        <w:jc w:val="right"/>
      </w:pPr>
      <w:r>
        <w:rPr>
          <w:sz w:val="22"/>
          <w:rtl w:val="1"/>
          <w:rFonts w:ascii="Arial" w:hAnsi="Arial" w:cs="Arial"/>
          <w:szCs w:val="22"/>
        </w:rPr>
        <w:t xml:space="preserve">   א. פסקה 3</w:t>
      </w:r>
    </w:p>
    <w:p>
      <w:pPr>
        <w:bidi w:val="1"/>
        <w:spacing w:after="20"/>
        <w:jc w:val="right"/>
      </w:pPr>
      <w:r>
        <w:rPr>
          <w:sz w:val="22"/>
          <w:rtl w:val="1"/>
          <w:rFonts w:ascii="Arial" w:hAnsi="Arial" w:cs="Arial"/>
          <w:szCs w:val="22"/>
        </w:rPr>
        <w:t xml:space="preserve">   ב. פסקה 4</w:t>
      </w:r>
    </w:p>
    <w:p>
      <w:pPr>
        <w:bidi w:val="1"/>
        <w:spacing w:after="20"/>
        <w:jc w:val="right"/>
      </w:pPr>
      <w:r>
        <w:rPr>
          <w:sz w:val="22"/>
          <w:rtl w:val="1"/>
          <w:rFonts w:ascii="Arial" w:hAnsi="Arial" w:cs="Arial"/>
          <w:szCs w:val="22"/>
        </w:rPr>
        <w:t xml:space="preserve">   ג. פסקה 1</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3"/>
          <w:rtl w:val="1"/>
          <w:rFonts w:ascii="Arial" w:hAnsi="Arial" w:cs="Arial"/>
          <w:bCs/>
          <w:szCs w:val="23"/>
        </w:rPr>
        <w:t>3. "ובכל זאת, יש לנו הצעה" (פסקה 1). מה מסמנת "ובכל זאת"?   [🔗 מילות קישור – תמרורים בטקסט]</w:t>
      </w:r>
    </w:p>
    <w:p>
      <w:pPr>
        <w:bidi w:val="1"/>
        <w:spacing w:after="20"/>
        <w:jc w:val="right"/>
      </w:pPr>
      <w:r>
        <w:rPr>
          <w:sz w:val="22"/>
          <w:rtl w:val="1"/>
          <w:rFonts w:ascii="Arial" w:hAnsi="Arial" w:cs="Arial"/>
          <w:szCs w:val="22"/>
        </w:rPr>
        <w:t xml:space="preserve">   א. ניגוד</w:t>
      </w:r>
    </w:p>
    <w:p>
      <w:pPr>
        <w:bidi w:val="1"/>
        <w:spacing w:after="20"/>
        <w:jc w:val="right"/>
      </w:pPr>
      <w:r>
        <w:rPr>
          <w:sz w:val="22"/>
          <w:rtl w:val="1"/>
          <w:rFonts w:ascii="Arial" w:hAnsi="Arial" w:cs="Arial"/>
          <w:szCs w:val="22"/>
        </w:rPr>
        <w:t xml:space="preserve">   ב. סיבה</w:t>
      </w:r>
    </w:p>
    <w:p>
      <w:pPr>
        <w:bidi w:val="1"/>
        <w:spacing w:after="20"/>
        <w:jc w:val="right"/>
      </w:pPr>
      <w:r>
        <w:rPr>
          <w:sz w:val="22"/>
          <w:rtl w:val="1"/>
          <w:rFonts w:ascii="Arial" w:hAnsi="Arial" w:cs="Arial"/>
          <w:szCs w:val="22"/>
        </w:rPr>
        <w:t xml:space="preserve">   ג. הוספה</w:t>
      </w:r>
    </w:p>
    <w:p>
      <w:pPr>
        <w:bidi w:val="1"/>
        <w:spacing w:after="40"/>
        <w:jc w:val="right"/>
      </w:pPr>
      <w:r>
        <w:rPr>
          <w:b/>
          <w:sz w:val="23"/>
          <w:rtl w:val="1"/>
          <w:rFonts w:ascii="Arial" w:hAnsi="Arial" w:cs="Arial"/>
          <w:bCs/>
          <w:szCs w:val="23"/>
        </w:rPr>
        <w:t>4. מהו הנימוק הראשון של הכותבים?   [💡 הרעיון המרכזי בפסקה]</w:t>
      </w:r>
    </w:p>
    <w:p>
      <w:pPr>
        <w:bidi w:val="1"/>
        <w:spacing w:after="20"/>
        <w:jc w:val="right"/>
      </w:pPr>
      <w:r>
        <w:rPr>
          <w:sz w:val="22"/>
          <w:rtl w:val="1"/>
          <w:rFonts w:ascii="Arial" w:hAnsi="Arial" w:cs="Arial"/>
          <w:szCs w:val="22"/>
        </w:rPr>
        <w:t xml:space="preserve">   א. הביטחון</w:t>
      </w:r>
    </w:p>
    <w:p>
      <w:pPr>
        <w:bidi w:val="1"/>
        <w:spacing w:after="20"/>
        <w:jc w:val="right"/>
      </w:pPr>
      <w:r>
        <w:rPr>
          <w:sz w:val="22"/>
          <w:rtl w:val="1"/>
          <w:rFonts w:ascii="Arial" w:hAnsi="Arial" w:cs="Arial"/>
          <w:szCs w:val="22"/>
        </w:rPr>
        <w:t xml:space="preserve">   ב. הסקר בסוף החודש</w:t>
      </w:r>
    </w:p>
    <w:p>
      <w:pPr>
        <w:bidi w:val="1"/>
        <w:spacing w:after="20"/>
        <w:jc w:val="right"/>
      </w:pPr>
      <w:r>
        <w:rPr>
          <w:sz w:val="22"/>
          <w:rtl w:val="1"/>
          <w:rFonts w:ascii="Arial" w:hAnsi="Arial" w:cs="Arial"/>
          <w:szCs w:val="22"/>
        </w:rPr>
        <w:t xml:space="preserve">   ג. הקשב – קל יותר להתרכז</w:t>
      </w:r>
    </w:p>
    <w:p>
      <w:pPr>
        <w:bidi w:val="1"/>
        <w:spacing w:after="40"/>
        <w:jc w:val="right"/>
      </w:pPr>
      <w:r>
        <w:rPr>
          <w:b/>
          <w:sz w:val="23"/>
          <w:rtl w:val="1"/>
          <w:rFonts w:ascii="Arial" w:hAnsi="Arial" w:cs="Arial"/>
          <w:bCs/>
          <w:szCs w:val="23"/>
        </w:rPr>
        <w:t>5. איזה משפט הוא עובדה?   [⚖️ עובדה או דעה?]</w:t>
      </w:r>
    </w:p>
    <w:p>
      <w:pPr>
        <w:bidi w:val="1"/>
        <w:spacing w:after="20"/>
        <w:jc w:val="right"/>
      </w:pPr>
      <w:r>
        <w:rPr>
          <w:sz w:val="22"/>
          <w:rtl w:val="1"/>
          <w:rFonts w:ascii="Arial" w:hAnsi="Arial" w:cs="Arial"/>
          <w:szCs w:val="22"/>
        </w:rPr>
        <w:t xml:space="preserve">   א. מה כבר יש להפסיד?</w:t>
      </w:r>
    </w:p>
    <w:p>
      <w:pPr>
        <w:bidi w:val="1"/>
        <w:spacing w:after="20"/>
        <w:jc w:val="right"/>
      </w:pPr>
      <w:r>
        <w:rPr>
          <w:sz w:val="22"/>
          <w:rtl w:val="1"/>
          <w:rFonts w:ascii="Arial" w:hAnsi="Arial" w:cs="Arial"/>
          <w:szCs w:val="22"/>
        </w:rPr>
        <w:t xml:space="preserve">   ב. הנימוק השני חשוב לנו אפילו יותר</w:t>
      </w:r>
    </w:p>
    <w:p>
      <w:pPr>
        <w:bidi w:val="1"/>
        <w:spacing w:after="20"/>
        <w:jc w:val="right"/>
      </w:pPr>
      <w:r>
        <w:rPr>
          <w:sz w:val="22"/>
          <w:rtl w:val="1"/>
          <w:rFonts w:ascii="Arial" w:hAnsi="Arial" w:cs="Arial"/>
          <w:szCs w:val="22"/>
        </w:rPr>
        <w:t xml:space="preserve">   ג. במזכירות יש טלפון זמין</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3"/>
          <w:rtl w:val="1"/>
          <w:rFonts w:ascii="Arial" w:hAnsi="Arial" w:cs="Arial"/>
          <w:bCs/>
          <w:szCs w:val="23"/>
        </w:rPr>
        <w:t>6. מפת הטקסט: מה התפקיד של פסקה 4?   [🗺️ מפת הטקסט]</w:t>
      </w:r>
    </w:p>
    <w:p>
      <w:pPr>
        <w:bidi w:val="1"/>
        <w:spacing w:after="20"/>
        <w:jc w:val="right"/>
      </w:pPr>
      <w:r>
        <w:rPr>
          <w:sz w:val="22"/>
          <w:rtl w:val="1"/>
          <w:rFonts w:ascii="Arial" w:hAnsi="Arial" w:cs="Arial"/>
          <w:szCs w:val="22"/>
        </w:rPr>
        <w:t xml:space="preserve">   א. מספרת סיפור מהטיול</w:t>
      </w:r>
    </w:p>
    <w:p>
      <w:pPr>
        <w:bidi w:val="1"/>
        <w:spacing w:after="20"/>
        <w:jc w:val="right"/>
      </w:pPr>
      <w:r>
        <w:rPr>
          <w:sz w:val="22"/>
          <w:rtl w:val="1"/>
          <w:rFonts w:ascii="Arial" w:hAnsi="Arial" w:cs="Arial"/>
          <w:szCs w:val="22"/>
        </w:rPr>
        <w:t xml:space="preserve">   ב. מציגה טענה נגדית ומשיבה עליה</w:t>
      </w:r>
    </w:p>
    <w:p>
      <w:pPr>
        <w:bidi w:val="1"/>
        <w:spacing w:after="20"/>
        <w:jc w:val="right"/>
      </w:pPr>
      <w:r>
        <w:rPr>
          <w:sz w:val="22"/>
          <w:rtl w:val="1"/>
          <w:rFonts w:ascii="Arial" w:hAnsi="Arial" w:cs="Arial"/>
          <w:szCs w:val="22"/>
        </w:rPr>
        <w:t xml:space="preserve">   ג. מסכמת את כל הנימוקים</w:t>
      </w:r>
    </w:p>
    <w:p>
      <w:pPr>
        <w:bidi w:val="1"/>
        <w:spacing w:after="40"/>
        <w:jc w:val="right"/>
      </w:pPr>
      <w:r>
        <w:rPr>
          <w:b/>
          <w:sz w:val="23"/>
          <w:rtl w:val="1"/>
          <w:rFonts w:ascii="Arial" w:hAnsi="Arial" w:cs="Arial"/>
          <w:bCs/>
          <w:szCs w:val="23"/>
        </w:rPr>
        <w:t>7. הסקה: למה הכותבים מבקשים חודש ניסיון בלבד?   [🕵️ שאלת הסקה – בין השורות]</w:t>
      </w:r>
    </w:p>
    <w:p>
      <w:pPr>
        <w:bidi w:val="1"/>
        <w:spacing w:after="20"/>
        <w:jc w:val="right"/>
      </w:pPr>
      <w:r>
        <w:rPr>
          <w:sz w:val="22"/>
          <w:rtl w:val="1"/>
          <w:rFonts w:ascii="Arial" w:hAnsi="Arial" w:cs="Arial"/>
          <w:szCs w:val="22"/>
        </w:rPr>
        <w:t xml:space="preserve">   א. כי בחודש הבא יש חופשה</w:t>
      </w:r>
    </w:p>
    <w:p>
      <w:pPr>
        <w:bidi w:val="1"/>
        <w:spacing w:after="20"/>
        <w:jc w:val="right"/>
      </w:pPr>
      <w:r>
        <w:rPr>
          <w:sz w:val="22"/>
          <w:rtl w:val="1"/>
          <w:rFonts w:ascii="Arial" w:hAnsi="Arial" w:cs="Arial"/>
          <w:szCs w:val="22"/>
        </w:rPr>
        <w:t xml:space="preserve">   ב. כדי שיהיה קל יותר להסכים ולבדוק את הרעיון</w:t>
      </w:r>
    </w:p>
    <w:p>
      <w:pPr>
        <w:bidi w:val="1"/>
        <w:spacing w:after="20"/>
        <w:jc w:val="right"/>
      </w:pPr>
      <w:r>
        <w:rPr>
          <w:sz w:val="22"/>
          <w:rtl w:val="1"/>
          <w:rFonts w:ascii="Arial" w:hAnsi="Arial" w:cs="Arial"/>
          <w:szCs w:val="22"/>
        </w:rPr>
        <w:t xml:space="preserve">   ג. כי הם לא מאמינים ברעיון</w:t>
      </w:r>
    </w:p>
    <w:p>
      <w:pPr>
        <w:bidi w:val="1"/>
        <w:spacing w:after="40"/>
        <w:jc w:val="right"/>
      </w:pPr>
      <w:r>
        <w:rPr>
          <w:b/>
          <w:sz w:val="23"/>
          <w:rtl w:val="1"/>
          <w:rFonts w:ascii="Arial" w:hAnsi="Arial" w:cs="Arial"/>
          <w:bCs/>
          <w:szCs w:val="23"/>
        </w:rPr>
        <w:t>8. השאלה: "ציינו שני נימוקים של הכותבים והסבירו אחד מהם". מה צריך לעשות?   [📖 קוראים את השאלה נכון]</w:t>
      </w:r>
    </w:p>
    <w:p>
      <w:pPr>
        <w:bidi w:val="1"/>
        <w:spacing w:after="20"/>
        <w:jc w:val="right"/>
      </w:pPr>
      <w:r>
        <w:rPr>
          <w:sz w:val="22"/>
          <w:rtl w:val="1"/>
          <w:rFonts w:ascii="Arial" w:hAnsi="Arial" w:cs="Arial"/>
          <w:szCs w:val="22"/>
        </w:rPr>
        <w:t xml:space="preserve">   א. להביע עמדה אישית</w:t>
      </w:r>
    </w:p>
    <w:p>
      <w:pPr>
        <w:bidi w:val="1"/>
        <w:spacing w:after="20"/>
        <w:jc w:val="right"/>
      </w:pPr>
      <w:r>
        <w:rPr>
          <w:sz w:val="22"/>
          <w:rtl w:val="1"/>
          <w:rFonts w:ascii="Arial" w:hAnsi="Arial" w:cs="Arial"/>
          <w:szCs w:val="22"/>
        </w:rPr>
        <w:t xml:space="preserve">   ב. לכתוב נימוק אחד בלבד</w:t>
      </w:r>
    </w:p>
    <w:p>
      <w:pPr>
        <w:bidi w:val="1"/>
        <w:spacing w:after="20"/>
        <w:jc w:val="right"/>
      </w:pPr>
      <w:r>
        <w:rPr>
          <w:sz w:val="22"/>
          <w:rtl w:val="1"/>
          <w:rFonts w:ascii="Arial" w:hAnsi="Arial" w:cs="Arial"/>
          <w:szCs w:val="22"/>
        </w:rPr>
        <w:t xml:space="preserve">   ג. לכתוב שני נימוקים ולהסביר אחד מהם</w:t>
      </w:r>
    </w:p>
    <w:p>
      <w:pPr>
        <w:bidi w:val="1"/>
        <w:spacing w:after="40"/>
        <w:jc w:val="right"/>
      </w:pPr>
      <w:r>
        <w:rPr>
          <w:b/>
          <w:sz w:val="23"/>
          <w:rtl w:val="1"/>
          <w:rFonts w:ascii="Arial" w:hAnsi="Arial" w:cs="Arial"/>
          <w:bCs/>
          <w:szCs w:val="23"/>
        </w:rPr>
        <w:t>9. עמדה: האם אתם מסכימים עם ההצעה? כתבו טענה + נימוק + דוגמה.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b/>
          <w:sz w:val="23"/>
          <w:rtl w:val="1"/>
          <w:rFonts w:ascii="Arial" w:hAnsi="Arial" w:cs="Arial"/>
          <w:bCs/>
          <w:szCs w:val="23"/>
        </w:rPr>
        <w:t>10. סכמו את טור הדעה ב־3 משפטים.   [📝 סיכום קצר]</w:t>
      </w:r>
    </w:p>
    <w:p>
      <w:pPr>
        <w:bidi w:val="1"/>
        <w:spacing w:after="20"/>
        <w:jc w:val="right"/>
      </w:pPr>
      <w:r>
        <w:rPr>
          <w:b/>
          <w:color w:val="2B8A3E"/>
          <w:sz w:val="22"/>
          <w:rtl w:val="1"/>
          <w:rFonts w:ascii="Arial" w:hAnsi="Arial" w:cs="Arial"/>
          <w:bCs/>
          <w:szCs w:val="22"/>
        </w:rPr>
        <w:t>✏️ הטקסט מספר על… העיקר הוא… בסוף…</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pStyle w:val="Heading2"/>
        <w:bidi w:val="1"/>
        <w:jc w:val="right"/>
      </w:pPr>
      <w:r>
        <w:rPr>
          <w:b/>
          <w:color w:val="1F2340"/>
          <w:sz w:val="27"/>
          <w:rtl w:val="1"/>
          <w:rFonts w:ascii="Arial" w:hAnsi="Arial" w:cs="Arial"/>
          <w:bCs/>
          <w:szCs w:val="27"/>
        </w:rPr>
        <w:t>✍️ משימת כתיבה</w:t>
      </w:r>
    </w:p>
    <w:p>
      <w:pPr>
        <w:bidi w:val="1"/>
        <w:spacing w:after="40"/>
        <w:jc w:val="right"/>
      </w:pPr>
      <w:r>
        <w:rPr>
          <w:b/>
          <w:sz w:val="23"/>
          <w:rtl w:val="1"/>
          <w:rFonts w:ascii="Arial" w:hAnsi="Arial" w:cs="Arial"/>
          <w:bCs/>
          <w:szCs w:val="23"/>
        </w:rPr>
        <w:t>11. כתבו מכתב קצר (6–8 משפטים) למועצת התלמידים: הסכימו או התנגדו להצעה. כללו טענה, שני נימוקים, דוגמה ומשפט סיום.   [✍️ תשובה מלאה: טענה + נימוק + דוגמה]</w:t>
      </w:r>
    </w:p>
    <w:p>
      <w:pPr>
        <w:bidi w:val="1"/>
        <w:spacing w:after="20"/>
        <w:jc w:val="right"/>
      </w:pPr>
      <w:r>
        <w:rPr>
          <w:b/>
          <w:color w:val="2B8A3E"/>
          <w:sz w:val="22"/>
          <w:rtl w:val="1"/>
          <w:rFonts w:ascii="Arial" w:hAnsi="Arial" w:cs="Arial"/>
          <w:bCs/>
          <w:szCs w:val="22"/>
        </w:rPr>
        <w:t>✏️ לדעתי… כי… למשל…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מה ההבדל בין עובדה לדעה – במשפט אחד:</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איזה כרטיס אשתמש בו בשאלת עמדה?</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מסע מודרך 2 – טור דעה · חט״ב עולים חדשים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